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4E9102" w14:textId="77777777" w:rsidR="006564AF" w:rsidRPr="00312F5E" w:rsidRDefault="00000000">
      <w:pPr>
        <w:spacing w:after="80"/>
        <w:rPr>
          <w:rFonts w:ascii="ＭＳ Ｐ明朝" w:eastAsia="ＭＳ Ｐ明朝" w:hAnsi="ＭＳ Ｐ明朝"/>
          <w:lang w:eastAsia="ja-JP"/>
        </w:rPr>
      </w:pPr>
      <w:r w:rsidRPr="00312F5E">
        <w:rPr>
          <w:rFonts w:ascii="ＭＳ Ｐ明朝" w:eastAsia="ＭＳ Ｐ明朝" w:hAnsi="ＭＳ Ｐ明朝"/>
          <w:color w:val="000000"/>
          <w:sz w:val="21"/>
          <w:lang w:eastAsia="ja-JP"/>
        </w:rPr>
        <w:t>従業員の皆さまへ</w:t>
      </w:r>
    </w:p>
    <w:p w14:paraId="311DB9CB" w14:textId="77777777" w:rsidR="006564AF" w:rsidRPr="00312F5E" w:rsidRDefault="00000000">
      <w:pPr>
        <w:spacing w:after="120"/>
        <w:jc w:val="center"/>
        <w:rPr>
          <w:rFonts w:ascii="ＭＳ Ｐ明朝" w:eastAsia="ＭＳ Ｐ明朝" w:hAnsi="ＭＳ Ｐ明朝"/>
          <w:lang w:eastAsia="ja-JP"/>
        </w:rPr>
      </w:pPr>
      <w:r w:rsidRPr="00312F5E">
        <w:rPr>
          <w:rFonts w:ascii="ＭＳ Ｐ明朝" w:eastAsia="ＭＳ Ｐ明朝" w:hAnsi="ＭＳ Ｐ明朝"/>
          <w:b/>
          <w:color w:val="000000"/>
          <w:sz w:val="34"/>
          <w:lang w:eastAsia="ja-JP"/>
        </w:rPr>
        <w:t>産業医による職場訪問のご案内</w:t>
      </w:r>
    </w:p>
    <w:p w14:paraId="7A28DD41" w14:textId="5063D53C" w:rsidR="00312F5E" w:rsidRPr="00312F5E" w:rsidRDefault="00000000" w:rsidP="00312F5E">
      <w:pPr>
        <w:spacing w:after="360"/>
        <w:jc w:val="center"/>
        <w:rPr>
          <w:rFonts w:ascii="ＭＳ Ｐ明朝" w:eastAsia="ＭＳ Ｐ明朝" w:hAnsi="ＭＳ Ｐ明朝"/>
          <w:color w:val="000000"/>
          <w:sz w:val="21"/>
          <w:lang w:eastAsia="ja-JP"/>
        </w:rPr>
      </w:pPr>
      <w:r w:rsidRPr="00312F5E">
        <w:rPr>
          <w:rFonts w:ascii="ＭＳ Ｐ明朝" w:eastAsia="ＭＳ Ｐ明朝" w:hAnsi="ＭＳ Ｐ明朝"/>
          <w:color w:val="000000"/>
          <w:sz w:val="21"/>
          <w:lang w:eastAsia="ja-JP"/>
        </w:rPr>
        <w:t>健康と、はたらく力を支えるために</w:t>
      </w:r>
      <w:r w:rsidR="00312F5E">
        <w:rPr>
          <w:rFonts w:ascii="ＭＳ Ｐ明朝" w:eastAsia="ＭＳ Ｐ明朝" w:hAnsi="ＭＳ Ｐ明朝"/>
          <w:color w:val="000000"/>
          <w:sz w:val="21"/>
          <w:lang w:eastAsia="ja-JP"/>
        </w:rPr>
        <w:br/>
      </w:r>
    </w:p>
    <w:p w14:paraId="6B026C55" w14:textId="2DC55CC1" w:rsidR="006564AF" w:rsidRPr="00312F5E" w:rsidRDefault="00000000">
      <w:pPr>
        <w:spacing w:after="100"/>
        <w:rPr>
          <w:rFonts w:ascii="ＭＳ Ｐ明朝" w:eastAsia="ＭＳ Ｐ明朝" w:hAnsi="ＭＳ Ｐ明朝"/>
          <w:lang w:eastAsia="ja-JP"/>
        </w:rPr>
      </w:pPr>
      <w:r w:rsidRPr="00312F5E">
        <w:rPr>
          <w:rFonts w:ascii="ＭＳ Ｐ明朝" w:eastAsia="ＭＳ Ｐ明朝" w:hAnsi="ＭＳ Ｐ明朝"/>
          <w:b/>
          <w:color w:val="000000"/>
          <w:sz w:val="24"/>
          <w:lang w:eastAsia="ja-JP"/>
        </w:rPr>
        <w:t>１　産業医</w:t>
      </w:r>
      <w:r w:rsidR="00312F5E">
        <w:rPr>
          <w:rFonts w:ascii="ＭＳ Ｐ明朝" w:eastAsia="ＭＳ Ｐ明朝" w:hAnsi="ＭＳ Ｐ明朝" w:hint="eastAsia"/>
          <w:b/>
          <w:color w:val="000000"/>
          <w:sz w:val="24"/>
          <w:lang w:eastAsia="ja-JP"/>
        </w:rPr>
        <w:t>と</w:t>
      </w:r>
      <w:r w:rsidRPr="00312F5E">
        <w:rPr>
          <w:rFonts w:ascii="ＭＳ Ｐ明朝" w:eastAsia="ＭＳ Ｐ明朝" w:hAnsi="ＭＳ Ｐ明朝"/>
          <w:b/>
          <w:color w:val="000000"/>
          <w:sz w:val="24"/>
          <w:lang w:eastAsia="ja-JP"/>
        </w:rPr>
        <w:t>は、どのような立場ですか。</w:t>
      </w:r>
    </w:p>
    <w:p w14:paraId="11DCBE5E" w14:textId="021F3FED" w:rsidR="00312F5E" w:rsidRPr="00312F5E" w:rsidRDefault="00000000" w:rsidP="00312F5E">
      <w:pPr>
        <w:spacing w:after="80" w:line="372" w:lineRule="auto"/>
        <w:ind w:firstLine="198"/>
        <w:rPr>
          <w:rFonts w:ascii="ＭＳ Ｐ明朝" w:eastAsia="ＭＳ Ｐ明朝" w:hAnsi="ＭＳ Ｐ明朝"/>
          <w:lang w:eastAsia="ja-JP"/>
        </w:rPr>
      </w:pPr>
      <w:r w:rsidRPr="00312F5E">
        <w:rPr>
          <w:rFonts w:ascii="ＭＳ Ｐ明朝" w:eastAsia="ＭＳ Ｐ明朝" w:hAnsi="ＭＳ Ｐ明朝"/>
          <w:color w:val="000000"/>
          <w:sz w:val="21"/>
          <w:lang w:eastAsia="ja-JP"/>
        </w:rPr>
        <w:t>産業医は、事業場において労働者の健康管理を専門とする医師です。主治医が「治療」を行うのに対し、産業医は「働くこと」と「健康」の両立という観点から、労働者と事業者の双方から独立した中立的な立場で助言を行います。「会社側の医師」でも「労働者側の医師」でもなく、労働安全衛生法及び安全配慮義務の枠組みに基づき、専門的な知見をもって判断いたします。</w:t>
      </w:r>
      <w:r w:rsidR="00312F5E">
        <w:rPr>
          <w:rFonts w:ascii="ＭＳ Ｐ明朝" w:eastAsia="ＭＳ Ｐ明朝" w:hAnsi="ＭＳ Ｐ明朝"/>
          <w:color w:val="000000"/>
          <w:sz w:val="21"/>
          <w:lang w:eastAsia="ja-JP"/>
        </w:rPr>
        <w:br/>
      </w:r>
    </w:p>
    <w:p w14:paraId="117B666E" w14:textId="77777777" w:rsidR="006564AF" w:rsidRPr="00312F5E" w:rsidRDefault="00000000">
      <w:pPr>
        <w:spacing w:before="240" w:after="100"/>
        <w:rPr>
          <w:rFonts w:ascii="ＭＳ Ｐ明朝" w:eastAsia="ＭＳ Ｐ明朝" w:hAnsi="ＭＳ Ｐ明朝"/>
          <w:lang w:eastAsia="ja-JP"/>
        </w:rPr>
      </w:pPr>
      <w:r w:rsidRPr="00312F5E">
        <w:rPr>
          <w:rFonts w:ascii="ＭＳ Ｐ明朝" w:eastAsia="ＭＳ Ｐ明朝" w:hAnsi="ＭＳ Ｐ明朝"/>
          <w:b/>
          <w:color w:val="000000"/>
          <w:sz w:val="24"/>
          <w:lang w:eastAsia="ja-JP"/>
        </w:rPr>
        <w:t>２　産業医面談は、どのようなときに受けられますか。</w:t>
      </w:r>
    </w:p>
    <w:p w14:paraId="198D6052" w14:textId="77777777" w:rsidR="00312F5E" w:rsidRDefault="00312F5E">
      <w:pPr>
        <w:spacing w:after="60" w:line="336" w:lineRule="auto"/>
        <w:ind w:left="567" w:hanging="283"/>
        <w:rPr>
          <w:rFonts w:ascii="ＭＳ Ｐ明朝" w:eastAsia="ＭＳ Ｐ明朝" w:hAnsi="ＭＳ Ｐ明朝"/>
          <w:color w:val="000000"/>
          <w:sz w:val="21"/>
          <w:lang w:eastAsia="ja-JP"/>
        </w:rPr>
        <w:sectPr w:rsidR="00312F5E" w:rsidSect="00034616">
          <w:pgSz w:w="11906" w:h="16838"/>
          <w:pgMar w:top="1020" w:right="1134" w:bottom="1020" w:left="1134" w:header="720" w:footer="720" w:gutter="0"/>
          <w:cols w:space="720"/>
          <w:docGrid w:linePitch="360"/>
        </w:sectPr>
      </w:pPr>
    </w:p>
    <w:p w14:paraId="46154C46" w14:textId="77777777" w:rsidR="006564AF" w:rsidRPr="00312F5E" w:rsidRDefault="00000000" w:rsidP="00312F5E">
      <w:pPr>
        <w:spacing w:after="60" w:line="336" w:lineRule="auto"/>
        <w:ind w:leftChars="130" w:left="567" w:hangingChars="134" w:hanging="281"/>
        <w:rPr>
          <w:rFonts w:ascii="ＭＳ Ｐ明朝" w:eastAsia="ＭＳ Ｐ明朝" w:hAnsi="ＭＳ Ｐ明朝"/>
          <w:lang w:eastAsia="ja-JP"/>
        </w:rPr>
      </w:pPr>
      <w:r w:rsidRPr="00312F5E">
        <w:rPr>
          <w:rFonts w:ascii="ＭＳ Ｐ明朝" w:eastAsia="ＭＳ Ｐ明朝" w:hAnsi="ＭＳ Ｐ明朝"/>
          <w:color w:val="000000"/>
          <w:sz w:val="21"/>
          <w:lang w:eastAsia="ja-JP"/>
        </w:rPr>
        <w:t>・　健康診断で「要精査」又は「要治療」の判定を受けたとき</w:t>
      </w:r>
    </w:p>
    <w:p w14:paraId="3A1BE9C1" w14:textId="77777777" w:rsidR="006564AF" w:rsidRPr="00312F5E" w:rsidRDefault="00000000" w:rsidP="00312F5E">
      <w:pPr>
        <w:spacing w:after="60" w:line="336" w:lineRule="auto"/>
        <w:ind w:leftChars="130" w:left="567" w:hangingChars="134" w:hanging="281"/>
        <w:rPr>
          <w:rFonts w:ascii="ＭＳ Ｐ明朝" w:eastAsia="ＭＳ Ｐ明朝" w:hAnsi="ＭＳ Ｐ明朝"/>
          <w:lang w:eastAsia="ja-JP"/>
        </w:rPr>
      </w:pPr>
      <w:r w:rsidRPr="00312F5E">
        <w:rPr>
          <w:rFonts w:ascii="ＭＳ Ｐ明朝" w:eastAsia="ＭＳ Ｐ明朝" w:hAnsi="ＭＳ Ｐ明朝"/>
          <w:color w:val="000000"/>
          <w:sz w:val="21"/>
          <w:lang w:eastAsia="ja-JP"/>
        </w:rPr>
        <w:t>・　長時間労働（1か月当たり80時間を超える時間外労働）を行ったとき</w:t>
      </w:r>
    </w:p>
    <w:p w14:paraId="5BE36029" w14:textId="77777777" w:rsidR="006564AF" w:rsidRPr="00312F5E" w:rsidRDefault="00000000" w:rsidP="00312F5E">
      <w:pPr>
        <w:spacing w:after="60" w:line="336" w:lineRule="auto"/>
        <w:ind w:leftChars="130" w:left="567" w:hangingChars="134" w:hanging="281"/>
        <w:rPr>
          <w:rFonts w:ascii="ＭＳ Ｐ明朝" w:eastAsia="ＭＳ Ｐ明朝" w:hAnsi="ＭＳ Ｐ明朝"/>
          <w:lang w:eastAsia="ja-JP"/>
        </w:rPr>
      </w:pPr>
      <w:r w:rsidRPr="00312F5E">
        <w:rPr>
          <w:rFonts w:ascii="ＭＳ Ｐ明朝" w:eastAsia="ＭＳ Ｐ明朝" w:hAnsi="ＭＳ Ｐ明朝"/>
          <w:color w:val="000000"/>
          <w:sz w:val="21"/>
          <w:lang w:eastAsia="ja-JP"/>
        </w:rPr>
        <w:t>・　ストレスチェックで高ストレス者と判定されたとき</w:t>
      </w:r>
    </w:p>
    <w:p w14:paraId="3CECF6F0" w14:textId="77777777" w:rsidR="006564AF" w:rsidRPr="00312F5E" w:rsidRDefault="00000000" w:rsidP="00312F5E">
      <w:pPr>
        <w:spacing w:after="60" w:line="336" w:lineRule="auto"/>
        <w:ind w:leftChars="130" w:left="567" w:hangingChars="134" w:hanging="281"/>
        <w:rPr>
          <w:rFonts w:ascii="ＭＳ Ｐ明朝" w:eastAsia="ＭＳ Ｐ明朝" w:hAnsi="ＭＳ Ｐ明朝"/>
          <w:lang w:eastAsia="ja-JP"/>
        </w:rPr>
      </w:pPr>
      <w:r w:rsidRPr="00312F5E">
        <w:rPr>
          <w:rFonts w:ascii="ＭＳ Ｐ明朝" w:eastAsia="ＭＳ Ｐ明朝" w:hAnsi="ＭＳ Ｐ明朝"/>
          <w:color w:val="000000"/>
          <w:sz w:val="21"/>
          <w:lang w:eastAsia="ja-JP"/>
        </w:rPr>
        <w:t>・　私傷病により休職又は復職を検討しているとき</w:t>
      </w:r>
    </w:p>
    <w:p w14:paraId="69CA1A32" w14:textId="77777777" w:rsidR="006564AF" w:rsidRPr="00312F5E" w:rsidRDefault="00000000" w:rsidP="00312F5E">
      <w:pPr>
        <w:spacing w:after="60" w:line="336" w:lineRule="auto"/>
        <w:ind w:leftChars="130" w:left="567" w:hangingChars="134" w:hanging="281"/>
        <w:rPr>
          <w:rFonts w:ascii="ＭＳ Ｐ明朝" w:eastAsia="ＭＳ Ｐ明朝" w:hAnsi="ＭＳ Ｐ明朝"/>
          <w:lang w:eastAsia="ja-JP"/>
        </w:rPr>
      </w:pPr>
      <w:r w:rsidRPr="00312F5E">
        <w:rPr>
          <w:rFonts w:ascii="ＭＳ Ｐ明朝" w:eastAsia="ＭＳ Ｐ明朝" w:hAnsi="ＭＳ Ｐ明朝"/>
          <w:color w:val="000000"/>
          <w:sz w:val="21"/>
          <w:lang w:eastAsia="ja-JP"/>
        </w:rPr>
        <w:t>・　職場の人間関係や業務との適合性について相談したいとき</w:t>
      </w:r>
    </w:p>
    <w:p w14:paraId="095BD52C" w14:textId="77777777" w:rsidR="006564AF" w:rsidRPr="00312F5E" w:rsidRDefault="00000000" w:rsidP="00312F5E">
      <w:pPr>
        <w:spacing w:after="60" w:line="336" w:lineRule="auto"/>
        <w:ind w:leftChars="130" w:left="567" w:hangingChars="134" w:hanging="281"/>
        <w:rPr>
          <w:rFonts w:ascii="ＭＳ Ｐ明朝" w:eastAsia="ＭＳ Ｐ明朝" w:hAnsi="ＭＳ Ｐ明朝"/>
          <w:lang w:eastAsia="ja-JP"/>
        </w:rPr>
      </w:pPr>
      <w:r w:rsidRPr="00312F5E">
        <w:rPr>
          <w:rFonts w:ascii="ＭＳ Ｐ明朝" w:eastAsia="ＭＳ Ｐ明朝" w:hAnsi="ＭＳ Ｐ明朝"/>
          <w:color w:val="000000"/>
          <w:sz w:val="21"/>
          <w:lang w:eastAsia="ja-JP"/>
        </w:rPr>
        <w:t>・　健康面での配慮を要すると自ら感じるとき</w:t>
      </w:r>
    </w:p>
    <w:p w14:paraId="5FB4DBB1" w14:textId="492728AF" w:rsidR="00312F5E" w:rsidRDefault="00312F5E" w:rsidP="00312F5E">
      <w:pPr>
        <w:spacing w:after="160"/>
        <w:ind w:firstLine="286"/>
        <w:rPr>
          <w:rFonts w:ascii="ＭＳ Ｐ明朝" w:eastAsia="ＭＳ Ｐ明朝" w:hAnsi="ＭＳ Ｐ明朝"/>
          <w:lang w:eastAsia="ja-JP"/>
        </w:rPr>
        <w:sectPr w:rsidR="00312F5E" w:rsidSect="00312F5E">
          <w:type w:val="continuous"/>
          <w:pgSz w:w="11906" w:h="16838"/>
          <w:pgMar w:top="1020" w:right="1134" w:bottom="1020" w:left="1134" w:header="720" w:footer="720" w:gutter="0"/>
          <w:cols w:num="2" w:space="120"/>
          <w:docGrid w:linePitch="360"/>
        </w:sectPr>
      </w:pPr>
      <w:r>
        <w:rPr>
          <w:rFonts w:ascii="ＭＳ Ｐ明朝" w:eastAsia="ＭＳ Ｐ明朝" w:hAnsi="ＭＳ Ｐ明朝" w:hint="eastAsia"/>
          <w:lang w:eastAsia="ja-JP"/>
        </w:rPr>
        <w:t>など</w:t>
      </w:r>
    </w:p>
    <w:p w14:paraId="230DA6C5" w14:textId="77777777" w:rsidR="006564AF" w:rsidRPr="00312F5E" w:rsidRDefault="006564AF">
      <w:pPr>
        <w:spacing w:after="160"/>
        <w:rPr>
          <w:rFonts w:ascii="ＭＳ Ｐ明朝" w:eastAsia="ＭＳ Ｐ明朝" w:hAnsi="ＭＳ Ｐ明朝"/>
          <w:lang w:eastAsia="ja-JP"/>
        </w:rPr>
      </w:pPr>
    </w:p>
    <w:p w14:paraId="5DC3865E" w14:textId="77777777" w:rsidR="006564AF" w:rsidRPr="00312F5E" w:rsidRDefault="00000000">
      <w:pPr>
        <w:spacing w:before="240" w:after="100"/>
        <w:rPr>
          <w:rFonts w:ascii="ＭＳ Ｐ明朝" w:eastAsia="ＭＳ Ｐ明朝" w:hAnsi="ＭＳ Ｐ明朝"/>
          <w:lang w:eastAsia="ja-JP"/>
        </w:rPr>
      </w:pPr>
      <w:r w:rsidRPr="00312F5E">
        <w:rPr>
          <w:rFonts w:ascii="ＭＳ Ｐ明朝" w:eastAsia="ＭＳ Ｐ明朝" w:hAnsi="ＭＳ Ｐ明朝"/>
          <w:b/>
          <w:color w:val="000000"/>
          <w:sz w:val="24"/>
          <w:lang w:eastAsia="ja-JP"/>
        </w:rPr>
        <w:t>３　面談の内容の秘密は守られますか。</w:t>
      </w:r>
    </w:p>
    <w:p w14:paraId="6CA78223" w14:textId="2D877380" w:rsidR="00312F5E" w:rsidRPr="00312F5E" w:rsidRDefault="00000000" w:rsidP="00312F5E">
      <w:pPr>
        <w:spacing w:after="80" w:line="372" w:lineRule="auto"/>
        <w:ind w:firstLine="198"/>
        <w:rPr>
          <w:rFonts w:ascii="ＭＳ Ｐ明朝" w:eastAsia="ＭＳ Ｐ明朝" w:hAnsi="ＭＳ Ｐ明朝"/>
          <w:lang w:eastAsia="ja-JP"/>
        </w:rPr>
      </w:pPr>
      <w:r w:rsidRPr="00312F5E">
        <w:rPr>
          <w:rFonts w:ascii="ＭＳ Ｐ明朝" w:eastAsia="ＭＳ Ｐ明朝" w:hAnsi="ＭＳ Ｐ明朝"/>
          <w:color w:val="000000"/>
          <w:sz w:val="21"/>
          <w:lang w:eastAsia="ja-JP"/>
        </w:rPr>
        <w:t>産業医には、労働安全衛生法第105条及び刑法第134条に基づく守秘義務が課されています。面談で伺った健康上の情報や個人的なご相談は、原則として事業者に共有されません。ただし、就業上の措置（労働時間の短縮、業務内容の変更等）が必要と判断される場合には、あらかじめご本人の同意を得たうえで、必要な範囲に限定して事業者に意見を伝えます（労働安全衛生規則第98条の2、健康情報等の取扱規程）。</w:t>
      </w:r>
      <w:r w:rsidR="00312F5E">
        <w:rPr>
          <w:rFonts w:ascii="ＭＳ Ｐ明朝" w:eastAsia="ＭＳ Ｐ明朝" w:hAnsi="ＭＳ Ｐ明朝"/>
          <w:color w:val="000000"/>
          <w:sz w:val="21"/>
          <w:lang w:eastAsia="ja-JP"/>
        </w:rPr>
        <w:br/>
      </w:r>
    </w:p>
    <w:p w14:paraId="20E1A4FE" w14:textId="77777777" w:rsidR="006564AF" w:rsidRPr="00312F5E" w:rsidRDefault="00000000">
      <w:pPr>
        <w:spacing w:before="240" w:after="100"/>
        <w:rPr>
          <w:rFonts w:ascii="ＭＳ Ｐ明朝" w:eastAsia="ＭＳ Ｐ明朝" w:hAnsi="ＭＳ Ｐ明朝"/>
          <w:lang w:eastAsia="ja-JP"/>
        </w:rPr>
      </w:pPr>
      <w:r w:rsidRPr="00312F5E">
        <w:rPr>
          <w:rFonts w:ascii="ＭＳ Ｐ明朝" w:eastAsia="ＭＳ Ｐ明朝" w:hAnsi="ＭＳ Ｐ明朝"/>
          <w:b/>
          <w:color w:val="000000"/>
          <w:sz w:val="24"/>
          <w:lang w:eastAsia="ja-JP"/>
        </w:rPr>
        <w:t>４　面談を希望する場合は、どうすればよいですか。</w:t>
      </w:r>
    </w:p>
    <w:p w14:paraId="08FE8ABF" w14:textId="77777777" w:rsidR="000550D4" w:rsidRDefault="00000000" w:rsidP="000550D4">
      <w:pPr>
        <w:spacing w:line="372" w:lineRule="auto"/>
        <w:ind w:firstLine="198"/>
        <w:rPr>
          <w:rFonts w:ascii="ＭＳ Ｐ明朝" w:eastAsia="ＭＳ Ｐ明朝" w:hAnsi="ＭＳ Ｐ明朝"/>
          <w:color w:val="000000"/>
          <w:sz w:val="21"/>
          <w:lang w:eastAsia="ja-JP"/>
        </w:rPr>
      </w:pPr>
      <w:r w:rsidRPr="00312F5E">
        <w:rPr>
          <w:rFonts w:ascii="ＭＳ Ｐ明朝" w:eastAsia="ＭＳ Ｐ明朝" w:hAnsi="ＭＳ Ｐ明朝"/>
          <w:color w:val="000000"/>
          <w:sz w:val="21"/>
          <w:lang w:eastAsia="ja-JP"/>
        </w:rPr>
        <w:t>面談は、各企業の規定に基づき、原則として勤務時間内に、就業規則上の不利益を伴わない形でご利用いただけます（具体的な取扱いは、ご所属の企業の規定をご確認ください）。ご希望の際は、</w:t>
      </w:r>
      <w:r w:rsidR="000550D4">
        <w:rPr>
          <w:rFonts w:ascii="ＭＳ Ｐ明朝" w:eastAsia="ＭＳ Ｐ明朝" w:hAnsi="ＭＳ Ｐ明朝" w:hint="eastAsia"/>
          <w:color w:val="000000"/>
          <w:sz w:val="21"/>
          <w:lang w:eastAsia="ja-JP"/>
        </w:rPr>
        <w:t>社内窓口（●●部●●、内線番号：●●）</w:t>
      </w:r>
      <w:r w:rsidRPr="00312F5E">
        <w:rPr>
          <w:rFonts w:ascii="ＭＳ Ｐ明朝" w:eastAsia="ＭＳ Ｐ明朝" w:hAnsi="ＭＳ Ｐ明朝"/>
          <w:color w:val="000000"/>
          <w:sz w:val="21"/>
          <w:lang w:eastAsia="ja-JP"/>
        </w:rPr>
        <w:t>までお知らせください。</w:t>
      </w:r>
    </w:p>
    <w:p w14:paraId="2E7610C0" w14:textId="6B81FEC5" w:rsidR="000550D4" w:rsidRPr="000550D4" w:rsidRDefault="00000000" w:rsidP="000550D4">
      <w:pPr>
        <w:spacing w:line="372" w:lineRule="auto"/>
        <w:ind w:firstLine="198"/>
        <w:rPr>
          <w:rFonts w:ascii="ＭＳ Ｐ明朝" w:eastAsia="ＭＳ Ｐ明朝" w:hAnsi="ＭＳ Ｐ明朝" w:hint="eastAsia"/>
          <w:color w:val="000000"/>
          <w:sz w:val="18"/>
          <w:lang w:eastAsia="ja-JP"/>
        </w:rPr>
      </w:pPr>
      <w:r w:rsidRPr="00312F5E">
        <w:rPr>
          <w:rFonts w:ascii="ＭＳ Ｐ明朝" w:eastAsia="ＭＳ Ｐ明朝" w:hAnsi="ＭＳ Ｐ明朝"/>
          <w:color w:val="000000"/>
          <w:sz w:val="18"/>
          <w:lang w:eastAsia="ja-JP"/>
        </w:rPr>
        <w:t>※　上記の窓口は、臨床の救急対応を行うものではありません。直ちに生命又は身体に危険が及ぶ事態のときは、当窓口へのご連絡よりも先に、119番への通報又は救急機関への受診をご判断ください。</w:t>
      </w:r>
      <w:r w:rsidR="000550D4">
        <w:rPr>
          <w:rFonts w:ascii="ＭＳ Ｐ明朝" w:eastAsia="ＭＳ Ｐ明朝" w:hAnsi="ＭＳ Ｐ明朝"/>
          <w:color w:val="000000"/>
          <w:sz w:val="18"/>
          <w:lang w:eastAsia="ja-JP"/>
        </w:rPr>
        <w:br/>
      </w:r>
    </w:p>
    <w:p w14:paraId="095EE127" w14:textId="77777777" w:rsidR="006564AF" w:rsidRPr="00312F5E" w:rsidRDefault="00000000">
      <w:pPr>
        <w:spacing w:after="40"/>
        <w:jc w:val="center"/>
        <w:rPr>
          <w:rFonts w:ascii="ＭＳ Ｐ明朝" w:eastAsia="ＭＳ Ｐ明朝" w:hAnsi="ＭＳ Ｐ明朝"/>
          <w:lang w:eastAsia="ja-JP"/>
        </w:rPr>
      </w:pPr>
      <w:r w:rsidRPr="00312F5E">
        <w:rPr>
          <w:rFonts w:ascii="ＭＳ Ｐ明朝" w:eastAsia="ＭＳ Ｐ明朝" w:hAnsi="ＭＳ Ｐ明朝"/>
          <w:color w:val="000000"/>
          <w:sz w:val="18"/>
          <w:lang w:eastAsia="ja-JP"/>
        </w:rPr>
        <w:t>担当産業医　中村　一（医師・日本医師会認定産業医／代表産業医）</w:t>
      </w:r>
    </w:p>
    <w:p w14:paraId="766227A8" w14:textId="07EBE589" w:rsidR="006564AF" w:rsidRPr="00312F5E" w:rsidRDefault="00000000" w:rsidP="000550D4">
      <w:pPr>
        <w:spacing w:after="40"/>
        <w:jc w:val="center"/>
        <w:rPr>
          <w:rFonts w:ascii="ＭＳ Ｐ明朝" w:eastAsia="ＭＳ Ｐ明朝" w:hAnsi="ＭＳ Ｐ明朝"/>
          <w:lang w:eastAsia="ja-JP"/>
        </w:rPr>
      </w:pPr>
      <w:r w:rsidRPr="00312F5E">
        <w:rPr>
          <w:rFonts w:ascii="ＭＳ Ｐ明朝" w:eastAsia="ＭＳ Ｐ明朝" w:hAnsi="ＭＳ Ｐ明朝"/>
          <w:color w:val="000000"/>
          <w:sz w:val="18"/>
          <w:lang w:eastAsia="ja-JP"/>
        </w:rPr>
        <w:t>サクセス株式会社　産業医事務所</w:t>
      </w:r>
      <w:r w:rsidR="000550D4">
        <w:rPr>
          <w:rFonts w:ascii="ＭＳ Ｐ明朝" w:eastAsia="ＭＳ Ｐ明朝" w:hAnsi="ＭＳ Ｐ明朝" w:hint="eastAsia"/>
          <w:lang w:eastAsia="ja-JP"/>
        </w:rPr>
        <w:t xml:space="preserve">　</w:t>
      </w:r>
      <w:r w:rsidRPr="00312F5E">
        <w:rPr>
          <w:rFonts w:ascii="ＭＳ Ｐ明朝" w:eastAsia="ＭＳ Ｐ明朝" w:hAnsi="ＭＳ Ｐ明朝"/>
          <w:color w:val="000000"/>
          <w:sz w:val="17"/>
        </w:rPr>
        <w:t>〒470-2202　愛知県知多郡阿久比町大字福住字荒古2番地22</w:t>
      </w:r>
    </w:p>
    <w:sectPr w:rsidR="006564AF" w:rsidRPr="00312F5E" w:rsidSect="00312F5E">
      <w:type w:val="continuous"/>
      <w:pgSz w:w="11906" w:h="16838"/>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623971665">
    <w:abstractNumId w:val="8"/>
  </w:num>
  <w:num w:numId="2" w16cid:durableId="217206157">
    <w:abstractNumId w:val="6"/>
  </w:num>
  <w:num w:numId="3" w16cid:durableId="811218367">
    <w:abstractNumId w:val="5"/>
  </w:num>
  <w:num w:numId="4" w16cid:durableId="1693190709">
    <w:abstractNumId w:val="4"/>
  </w:num>
  <w:num w:numId="5" w16cid:durableId="1693191463">
    <w:abstractNumId w:val="7"/>
  </w:num>
  <w:num w:numId="6" w16cid:durableId="1668944191">
    <w:abstractNumId w:val="3"/>
  </w:num>
  <w:num w:numId="7" w16cid:durableId="1336346630">
    <w:abstractNumId w:val="2"/>
  </w:num>
  <w:num w:numId="8" w16cid:durableId="1227569447">
    <w:abstractNumId w:val="1"/>
  </w:num>
  <w:num w:numId="9" w16cid:durableId="5815983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50D4"/>
    <w:rsid w:val="0006063C"/>
    <w:rsid w:val="0015074B"/>
    <w:rsid w:val="0029639D"/>
    <w:rsid w:val="00312F5E"/>
    <w:rsid w:val="00326F90"/>
    <w:rsid w:val="006564AF"/>
    <w:rsid w:val="006F75A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44135ADC"/>
  <w14:defaultImageDpi w14:val="300"/>
  <w15:docId w15:val="{F4E9BD91-9EF7-9441-B1C0-E8324BB7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143</Words>
  <Characters>819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中村 一</cp:lastModifiedBy>
  <cp:revision>3</cp:revision>
  <cp:lastPrinted>2026-08-14T06:09:00Z</cp:lastPrinted>
  <dcterms:created xsi:type="dcterms:W3CDTF">2026-08-14T06:09:00Z</dcterms:created>
  <dcterms:modified xsi:type="dcterms:W3CDTF">2026-08-14T06:12:00Z</dcterms:modified>
  <cp:category/>
</cp:coreProperties>
</file>