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89D7C" w14:textId="77777777" w:rsidR="004C1A46" w:rsidRPr="00A2699E" w:rsidRDefault="00000000">
      <w:pPr>
        <w:pBdr>
          <w:bottom w:val="single" w:sz="6" w:space="1" w:color="auto"/>
        </w:pBdr>
        <w:spacing w:after="20"/>
        <w:rPr>
          <w:b/>
          <w:color w:val="A6A6A6" w:themeColor="background1" w:themeShade="A6"/>
          <w:szCs w:val="28"/>
          <w:lang w:eastAsia="ja-JP"/>
        </w:rPr>
      </w:pPr>
      <w:r w:rsidRPr="00A2699E">
        <w:rPr>
          <w:b/>
          <w:color w:val="A6A6A6" w:themeColor="background1" w:themeShade="A6"/>
          <w:szCs w:val="28"/>
          <w:lang w:eastAsia="ja-JP"/>
        </w:rPr>
        <w:t>【様式A】簡易版　―　通常はこちらをご使用ください（情報の範囲を項目ごとに特定する場合は次頁の【様式B】詳細版。使い分けは別紙②のとおり）</w:t>
      </w:r>
    </w:p>
    <w:p w14:paraId="3F89A3FC" w14:textId="77777777" w:rsidR="00A2699E" w:rsidRPr="00A2699E" w:rsidRDefault="00A2699E">
      <w:pPr>
        <w:spacing w:after="20"/>
        <w:rPr>
          <w:color w:val="A6A6A6" w:themeColor="background1" w:themeShade="A6"/>
          <w:lang w:eastAsia="ja-JP"/>
        </w:rPr>
      </w:pPr>
    </w:p>
    <w:p w14:paraId="5E1E6FB8" w14:textId="77777777" w:rsidR="004C1A46" w:rsidRDefault="00000000">
      <w:pPr>
        <w:keepNext/>
        <w:spacing w:after="140"/>
        <w:jc w:val="center"/>
        <w:rPr>
          <w:lang w:eastAsia="ja-JP"/>
        </w:rPr>
      </w:pPr>
      <w:r>
        <w:rPr>
          <w:b/>
          <w:sz w:val="29"/>
          <w:lang w:eastAsia="ja-JP"/>
        </w:rPr>
        <w:t>主治医との情報連携に関する同意書</w:t>
      </w:r>
    </w:p>
    <w:p w14:paraId="50B0BF3C" w14:textId="77777777" w:rsidR="004C1A46" w:rsidRDefault="00000000">
      <w:pPr>
        <w:spacing w:after="140" w:line="336" w:lineRule="auto"/>
        <w:rPr>
          <w:lang w:eastAsia="ja-JP"/>
        </w:rPr>
      </w:pPr>
      <w:r>
        <w:rPr>
          <w:lang w:eastAsia="ja-JP"/>
        </w:rPr>
        <w:t xml:space="preserve">　産業医が就業上の配慮の必要性を判断するにあたり、貴殿の主治医との間で必要な情報のやり取りを行うことについて、下記のとおり同意をお願いいたします。</w:t>
      </w:r>
    </w:p>
    <w:p w14:paraId="27A52F06" w14:textId="77777777" w:rsidR="004C1A46" w:rsidRDefault="00000000">
      <w:pPr>
        <w:keepNext/>
        <w:spacing w:after="80"/>
        <w:rPr>
          <w:lang w:eastAsia="ja-JP"/>
        </w:rPr>
      </w:pPr>
      <w:r>
        <w:rPr>
          <w:b/>
          <w:lang w:eastAsia="ja-JP"/>
        </w:rPr>
        <w:t>■　同意する事項</w:t>
      </w:r>
    </w:p>
    <w:p w14:paraId="0709C4F0" w14:textId="5DFD5028" w:rsidR="004C1A46" w:rsidRDefault="00000000" w:rsidP="00A2699E">
      <w:pPr>
        <w:spacing w:after="80" w:line="324" w:lineRule="auto"/>
        <w:ind w:firstLineChars="50" w:firstLine="100"/>
        <w:rPr>
          <w:lang w:eastAsia="ja-JP"/>
        </w:rPr>
      </w:pPr>
      <w:r>
        <w:rPr>
          <w:sz w:val="20"/>
          <w:lang w:eastAsia="ja-JP"/>
        </w:rPr>
        <w:t>①</w:t>
      </w:r>
      <w:r w:rsidR="00A2699E">
        <w:rPr>
          <w:sz w:val="20"/>
          <w:lang w:eastAsia="ja-JP"/>
        </w:rPr>
        <w:t xml:space="preserve"> </w:t>
      </w:r>
      <w:r>
        <w:rPr>
          <w:sz w:val="20"/>
          <w:lang w:eastAsia="ja-JP"/>
        </w:rPr>
        <w:t>産業医が、私の勤務内容、勤務状況および就業上の配慮の必要性に関する情報を主治医に提供すること。</w:t>
      </w:r>
    </w:p>
    <w:p w14:paraId="1CD4D0CE" w14:textId="6FB93AE3" w:rsidR="004C1A46" w:rsidRDefault="00000000" w:rsidP="00A2699E">
      <w:pPr>
        <w:spacing w:after="80" w:line="324" w:lineRule="auto"/>
        <w:ind w:firstLineChars="50" w:firstLine="100"/>
        <w:rPr>
          <w:lang w:eastAsia="ja-JP"/>
        </w:rPr>
      </w:pPr>
      <w:r>
        <w:rPr>
          <w:sz w:val="20"/>
          <w:lang w:eastAsia="ja-JP"/>
        </w:rPr>
        <w:t>②</w:t>
      </w:r>
      <w:r w:rsidR="00A2699E">
        <w:rPr>
          <w:sz w:val="20"/>
          <w:lang w:eastAsia="ja-JP"/>
        </w:rPr>
        <w:t xml:space="preserve"> </w:t>
      </w:r>
      <w:r>
        <w:rPr>
          <w:sz w:val="20"/>
          <w:lang w:eastAsia="ja-JP"/>
        </w:rPr>
        <w:t>産業医が、私の治療の状況、就業継続の可否および就業上の措置に関する意見について、主治医に情報の提供を依頼し、その回答を受けること。</w:t>
      </w:r>
    </w:p>
    <w:p w14:paraId="2B5B295B" w14:textId="77777777" w:rsidR="004C1A46" w:rsidRDefault="004C1A46">
      <w:pPr>
        <w:spacing w:after="0"/>
        <w:rPr>
          <w:lang w:eastAsia="ja-JP"/>
        </w:rPr>
      </w:pPr>
    </w:p>
    <w:p w14:paraId="634E5C93" w14:textId="77777777" w:rsidR="004C1A46" w:rsidRDefault="00000000">
      <w:pPr>
        <w:keepNext/>
        <w:spacing w:after="80"/>
      </w:pPr>
      <w:r>
        <w:rPr>
          <w:b/>
        </w:rPr>
        <w:t xml:space="preserve">■　</w:t>
      </w:r>
      <w:proofErr w:type="spellStart"/>
      <w:r>
        <w:rPr>
          <w:b/>
        </w:rPr>
        <w:t>連携の範囲</w:t>
      </w:r>
      <w:proofErr w:type="spellEnd"/>
    </w:p>
    <w:tbl>
      <w:tblPr>
        <w:tblStyle w:val="afe"/>
        <w:tblW w:w="0" w:type="auto"/>
        <w:jc w:val="center"/>
        <w:tblLook w:val="04A0" w:firstRow="1" w:lastRow="0" w:firstColumn="1" w:lastColumn="0" w:noHBand="0" w:noVBand="1"/>
      </w:tblPr>
      <w:tblGrid>
        <w:gridCol w:w="2381"/>
        <w:gridCol w:w="6973"/>
      </w:tblGrid>
      <w:tr w:rsidR="004C1A46" w14:paraId="119896B3" w14:textId="77777777">
        <w:trPr>
          <w:trHeight w:val="386"/>
          <w:jc w:val="center"/>
        </w:trPr>
        <w:tc>
          <w:tcPr>
            <w:tcW w:w="2381" w:type="dxa"/>
          </w:tcPr>
          <w:p w14:paraId="50426F68" w14:textId="77777777" w:rsidR="004C1A46" w:rsidRDefault="00000000">
            <w:pPr>
              <w:spacing w:after="40"/>
            </w:pPr>
            <w:r>
              <w:rPr>
                <w:sz w:val="20"/>
              </w:rPr>
              <w:t>対象の傷病等</w:t>
            </w:r>
          </w:p>
        </w:tc>
        <w:tc>
          <w:tcPr>
            <w:tcW w:w="6973" w:type="dxa"/>
          </w:tcPr>
          <w:p w14:paraId="1FB8DA3A" w14:textId="77777777" w:rsidR="004C1A46" w:rsidRDefault="004C1A46">
            <w:pPr>
              <w:spacing w:after="40"/>
            </w:pPr>
          </w:p>
        </w:tc>
      </w:tr>
      <w:tr w:rsidR="004C1A46" w14:paraId="0FC22CBE" w14:textId="77777777">
        <w:trPr>
          <w:trHeight w:val="386"/>
          <w:jc w:val="center"/>
        </w:trPr>
        <w:tc>
          <w:tcPr>
            <w:tcW w:w="2381" w:type="dxa"/>
          </w:tcPr>
          <w:p w14:paraId="25DA0A46" w14:textId="77777777" w:rsidR="004C1A46" w:rsidRDefault="00000000">
            <w:pPr>
              <w:spacing w:after="40"/>
            </w:pPr>
            <w:r>
              <w:rPr>
                <w:sz w:val="20"/>
              </w:rPr>
              <w:t>主治医・医療機関</w:t>
            </w:r>
          </w:p>
        </w:tc>
        <w:tc>
          <w:tcPr>
            <w:tcW w:w="6973" w:type="dxa"/>
          </w:tcPr>
          <w:p w14:paraId="38C8F094" w14:textId="77777777" w:rsidR="004C1A46" w:rsidRDefault="004C1A46">
            <w:pPr>
              <w:spacing w:after="40"/>
            </w:pPr>
          </w:p>
        </w:tc>
      </w:tr>
      <w:tr w:rsidR="004C1A46" w14:paraId="1AF0FC3B" w14:textId="77777777">
        <w:trPr>
          <w:trHeight w:val="386"/>
          <w:jc w:val="center"/>
        </w:trPr>
        <w:tc>
          <w:tcPr>
            <w:tcW w:w="2381" w:type="dxa"/>
          </w:tcPr>
          <w:p w14:paraId="273B39BC" w14:textId="77777777" w:rsidR="004C1A46" w:rsidRDefault="00000000">
            <w:pPr>
              <w:spacing w:after="40"/>
            </w:pPr>
            <w:r>
              <w:rPr>
                <w:sz w:val="20"/>
              </w:rPr>
              <w:t>有効期間</w:t>
            </w:r>
          </w:p>
        </w:tc>
        <w:tc>
          <w:tcPr>
            <w:tcW w:w="6973" w:type="dxa"/>
          </w:tcPr>
          <w:p w14:paraId="2622AA6E" w14:textId="77777777" w:rsidR="004C1A46" w:rsidRDefault="00000000">
            <w:pPr>
              <w:spacing w:after="40"/>
              <w:rPr>
                <w:lang w:eastAsia="ja-JP"/>
              </w:rPr>
            </w:pPr>
            <w:r>
              <w:rPr>
                <w:sz w:val="20"/>
                <w:lang w:eastAsia="ja-JP"/>
              </w:rPr>
              <w:t xml:space="preserve">　同意日から　　　年　　　月　　　日まで</w:t>
            </w:r>
          </w:p>
        </w:tc>
      </w:tr>
    </w:tbl>
    <w:p w14:paraId="2A0914BD" w14:textId="77777777" w:rsidR="004C1A46" w:rsidRPr="00A2699E" w:rsidRDefault="00000000">
      <w:pPr>
        <w:spacing w:before="40" w:after="100" w:line="300" w:lineRule="auto"/>
        <w:rPr>
          <w:sz w:val="22"/>
          <w:szCs w:val="24"/>
          <w:lang w:eastAsia="ja-JP"/>
        </w:rPr>
      </w:pPr>
      <w:r w:rsidRPr="00A2699E">
        <w:rPr>
          <w:sz w:val="20"/>
          <w:szCs w:val="24"/>
          <w:lang w:eastAsia="ja-JP"/>
        </w:rPr>
        <w:t xml:space="preserve">　（対象の傷病等、主治医・医療機関および有効期間は、いずれもご記入ください。主治医または対象の傷病等が変わる場合は、改めて同意をお願いします。）</w:t>
      </w:r>
    </w:p>
    <w:p w14:paraId="396D5E11" w14:textId="77777777" w:rsidR="004C1A46" w:rsidRDefault="00000000">
      <w:pPr>
        <w:keepNext/>
        <w:spacing w:after="80"/>
        <w:rPr>
          <w:lang w:eastAsia="ja-JP"/>
        </w:rPr>
      </w:pPr>
      <w:r>
        <w:rPr>
          <w:b/>
          <w:lang w:eastAsia="ja-JP"/>
        </w:rPr>
        <w:t>■　確認事項</w:t>
      </w:r>
    </w:p>
    <w:p w14:paraId="33BE8FFD" w14:textId="77777777" w:rsidR="004C1A46" w:rsidRPr="00A2699E" w:rsidRDefault="00000000">
      <w:pPr>
        <w:spacing w:after="80" w:line="317" w:lineRule="auto"/>
        <w:rPr>
          <w:sz w:val="22"/>
          <w:szCs w:val="24"/>
          <w:lang w:eastAsia="ja-JP"/>
        </w:rPr>
      </w:pPr>
      <w:r w:rsidRPr="00A2699E">
        <w:rPr>
          <w:sz w:val="20"/>
          <w:szCs w:val="24"/>
          <w:lang w:eastAsia="ja-JP"/>
        </w:rPr>
        <w:t xml:space="preserve">　・　産業医が主治医から得た情報のうち、人事労務担当者に伝えるのは就業の可否および就業上の措置の内容など、就業上の配慮の実施に必要最小限の範囲に限られ、診断名、症状の詳細および治療内容は原則として共有されないこと。</w:t>
      </w:r>
    </w:p>
    <w:p w14:paraId="30A6A046" w14:textId="77777777" w:rsidR="004C1A46" w:rsidRPr="00A2699E" w:rsidRDefault="00000000">
      <w:pPr>
        <w:spacing w:after="80" w:line="317" w:lineRule="auto"/>
        <w:rPr>
          <w:sz w:val="22"/>
          <w:szCs w:val="24"/>
          <w:lang w:eastAsia="ja-JP"/>
        </w:rPr>
      </w:pPr>
      <w:r w:rsidRPr="00A2699E">
        <w:rPr>
          <w:sz w:val="20"/>
          <w:szCs w:val="24"/>
          <w:lang w:eastAsia="ja-JP"/>
        </w:rPr>
        <w:t xml:space="preserve">　・　この同意は任意であり、同意しないこと自体を理由として不利益な取扱いを受けないこと。また、いつでも書面により撤回できること（撤回前に既に行われた情報のやり取りの効力は否定されません）。</w:t>
      </w:r>
    </w:p>
    <w:p w14:paraId="035F5C39" w14:textId="77777777" w:rsidR="004C1A46" w:rsidRPr="00A2699E" w:rsidRDefault="00000000">
      <w:pPr>
        <w:spacing w:after="80" w:line="317" w:lineRule="auto"/>
        <w:rPr>
          <w:sz w:val="22"/>
          <w:szCs w:val="24"/>
          <w:lang w:eastAsia="ja-JP"/>
        </w:rPr>
      </w:pPr>
      <w:r w:rsidRPr="00A2699E">
        <w:rPr>
          <w:sz w:val="20"/>
          <w:szCs w:val="24"/>
          <w:lang w:eastAsia="ja-JP"/>
        </w:rPr>
        <w:t xml:space="preserve">　・　主治医が情報提供のために書類を作成する場合、医療機関の定めにより文書料が発生することがあること。</w:t>
      </w:r>
    </w:p>
    <w:p w14:paraId="7C61B26C" w14:textId="77777777" w:rsidR="004C1A46" w:rsidRDefault="004C1A46">
      <w:pPr>
        <w:spacing w:after="0"/>
        <w:rPr>
          <w:lang w:eastAsia="ja-JP"/>
        </w:rPr>
      </w:pPr>
    </w:p>
    <w:p w14:paraId="4B06D085" w14:textId="77777777" w:rsidR="004C1A46" w:rsidRDefault="00000000">
      <w:pPr>
        <w:spacing w:after="100"/>
        <w:rPr>
          <w:lang w:eastAsia="ja-JP"/>
        </w:rPr>
      </w:pPr>
      <w:r>
        <w:rPr>
          <w:lang w:eastAsia="ja-JP"/>
        </w:rPr>
        <w:t xml:space="preserve">　上記の内容について説明を受け、これに同意します。</w:t>
      </w:r>
    </w:p>
    <w:tbl>
      <w:tblPr>
        <w:tblStyle w:val="afe"/>
        <w:tblW w:w="0" w:type="auto"/>
        <w:jc w:val="center"/>
        <w:tblLook w:val="04A0" w:firstRow="1" w:lastRow="0" w:firstColumn="1" w:lastColumn="0" w:noHBand="0" w:noVBand="1"/>
      </w:tblPr>
      <w:tblGrid>
        <w:gridCol w:w="2381"/>
        <w:gridCol w:w="6973"/>
      </w:tblGrid>
      <w:tr w:rsidR="004C1A46" w14:paraId="1605B2A9" w14:textId="77777777">
        <w:trPr>
          <w:trHeight w:val="431"/>
          <w:jc w:val="center"/>
        </w:trPr>
        <w:tc>
          <w:tcPr>
            <w:tcW w:w="2381" w:type="dxa"/>
          </w:tcPr>
          <w:p w14:paraId="5F7A5EBF" w14:textId="77777777" w:rsidR="004C1A46" w:rsidRDefault="00000000">
            <w:pPr>
              <w:spacing w:after="40"/>
            </w:pPr>
            <w:proofErr w:type="spellStart"/>
            <w:r>
              <w:rPr>
                <w:sz w:val="20"/>
              </w:rPr>
              <w:t>氏名（自署</w:t>
            </w:r>
            <w:proofErr w:type="spellEnd"/>
            <w:r>
              <w:rPr>
                <w:sz w:val="20"/>
              </w:rPr>
              <w:t>）</w:t>
            </w:r>
          </w:p>
        </w:tc>
        <w:tc>
          <w:tcPr>
            <w:tcW w:w="6973" w:type="dxa"/>
          </w:tcPr>
          <w:p w14:paraId="7491BCD2" w14:textId="77777777" w:rsidR="004C1A46" w:rsidRDefault="004C1A46">
            <w:pPr>
              <w:spacing w:after="40"/>
            </w:pPr>
          </w:p>
        </w:tc>
      </w:tr>
      <w:tr w:rsidR="004C1A46" w14:paraId="7EFA5BB1" w14:textId="77777777">
        <w:trPr>
          <w:trHeight w:val="431"/>
          <w:jc w:val="center"/>
        </w:trPr>
        <w:tc>
          <w:tcPr>
            <w:tcW w:w="2381" w:type="dxa"/>
          </w:tcPr>
          <w:p w14:paraId="73A3C64C" w14:textId="77777777" w:rsidR="004C1A46" w:rsidRDefault="00000000">
            <w:pPr>
              <w:spacing w:after="40"/>
            </w:pPr>
            <w:r>
              <w:rPr>
                <w:sz w:val="20"/>
              </w:rPr>
              <w:t>所属・役職</w:t>
            </w:r>
          </w:p>
        </w:tc>
        <w:tc>
          <w:tcPr>
            <w:tcW w:w="6973" w:type="dxa"/>
          </w:tcPr>
          <w:p w14:paraId="6CFB47B2" w14:textId="77777777" w:rsidR="004C1A46" w:rsidRDefault="004C1A46">
            <w:pPr>
              <w:spacing w:after="40"/>
            </w:pPr>
          </w:p>
        </w:tc>
      </w:tr>
      <w:tr w:rsidR="004C1A46" w14:paraId="48E48075" w14:textId="77777777">
        <w:trPr>
          <w:trHeight w:val="431"/>
          <w:jc w:val="center"/>
        </w:trPr>
        <w:tc>
          <w:tcPr>
            <w:tcW w:w="2381" w:type="dxa"/>
          </w:tcPr>
          <w:p w14:paraId="659C8205" w14:textId="77777777" w:rsidR="004C1A46" w:rsidRDefault="00000000">
            <w:pPr>
              <w:spacing w:after="40"/>
            </w:pPr>
            <w:r>
              <w:rPr>
                <w:sz w:val="20"/>
              </w:rPr>
              <w:t>同意年月日</w:t>
            </w:r>
          </w:p>
        </w:tc>
        <w:tc>
          <w:tcPr>
            <w:tcW w:w="6973" w:type="dxa"/>
          </w:tcPr>
          <w:p w14:paraId="4034E93C" w14:textId="77777777" w:rsidR="004C1A46" w:rsidRDefault="00000000">
            <w:pPr>
              <w:spacing w:after="40"/>
            </w:pPr>
            <w:r>
              <w:rPr>
                <w:sz w:val="20"/>
              </w:rPr>
              <w:t xml:space="preserve">　　令和　　　年　　　月　　　日</w:t>
            </w:r>
          </w:p>
        </w:tc>
      </w:tr>
    </w:tbl>
    <w:p w14:paraId="0120E44C" w14:textId="77777777" w:rsidR="004C1A46" w:rsidRDefault="004C1A46">
      <w:pPr>
        <w:spacing w:after="20"/>
      </w:pPr>
    </w:p>
    <w:p w14:paraId="65E2D847" w14:textId="77777777" w:rsidR="004C1A46" w:rsidRDefault="00000000">
      <w:pPr>
        <w:keepNext/>
        <w:spacing w:after="80"/>
        <w:rPr>
          <w:lang w:eastAsia="ja-JP"/>
        </w:rPr>
      </w:pPr>
      <w:r>
        <w:rPr>
          <w:b/>
          <w:lang w:eastAsia="ja-JP"/>
        </w:rPr>
        <w:t>■　産業医記入欄</w:t>
      </w:r>
    </w:p>
    <w:p w14:paraId="4A8FFD20" w14:textId="77777777" w:rsidR="004C1A46" w:rsidRPr="00A2699E" w:rsidRDefault="00000000">
      <w:pPr>
        <w:spacing w:after="80" w:line="312" w:lineRule="auto"/>
        <w:rPr>
          <w:sz w:val="22"/>
          <w:szCs w:val="24"/>
          <w:lang w:eastAsia="ja-JP"/>
        </w:rPr>
      </w:pPr>
      <w:r w:rsidRPr="00A2699E">
        <w:rPr>
          <w:sz w:val="20"/>
          <w:szCs w:val="24"/>
          <w:lang w:eastAsia="ja-JP"/>
        </w:rPr>
        <w:t xml:space="preserve">　上記のとおり事前に説明を行い、書面による同意を得たことを確認します。同意の撤回は下記または貴社の窓口へお申し出ください。</w:t>
      </w:r>
    </w:p>
    <w:tbl>
      <w:tblPr>
        <w:tblStyle w:val="afe"/>
        <w:tblW w:w="0" w:type="auto"/>
        <w:jc w:val="center"/>
        <w:tblLook w:val="04A0" w:firstRow="1" w:lastRow="0" w:firstColumn="1" w:lastColumn="0" w:noHBand="0" w:noVBand="1"/>
      </w:tblPr>
      <w:tblGrid>
        <w:gridCol w:w="2381"/>
        <w:gridCol w:w="6973"/>
      </w:tblGrid>
      <w:tr w:rsidR="004C1A46" w14:paraId="014E3551" w14:textId="77777777">
        <w:trPr>
          <w:trHeight w:val="386"/>
          <w:jc w:val="center"/>
        </w:trPr>
        <w:tc>
          <w:tcPr>
            <w:tcW w:w="2381" w:type="dxa"/>
          </w:tcPr>
          <w:p w14:paraId="10EE980F" w14:textId="77777777" w:rsidR="004C1A46" w:rsidRDefault="00000000">
            <w:pPr>
              <w:spacing w:after="40"/>
            </w:pPr>
            <w:proofErr w:type="spellStart"/>
            <w:r>
              <w:rPr>
                <w:sz w:val="20"/>
              </w:rPr>
              <w:t>産業医氏名</w:t>
            </w:r>
            <w:proofErr w:type="spellEnd"/>
          </w:p>
        </w:tc>
        <w:tc>
          <w:tcPr>
            <w:tcW w:w="6973" w:type="dxa"/>
          </w:tcPr>
          <w:p w14:paraId="2C4C2C5A" w14:textId="77777777" w:rsidR="004C1A46" w:rsidRDefault="00000000">
            <w:pPr>
              <w:spacing w:after="40"/>
              <w:rPr>
                <w:lang w:eastAsia="ja-JP"/>
              </w:rPr>
            </w:pPr>
            <w:r>
              <w:rPr>
                <w:sz w:val="20"/>
                <w:lang w:eastAsia="ja-JP"/>
              </w:rPr>
              <w:t xml:space="preserve">　サクセス株式会社産業医事務所　中村　一</w:t>
            </w:r>
          </w:p>
        </w:tc>
      </w:tr>
      <w:tr w:rsidR="004C1A46" w14:paraId="79D8BCB2" w14:textId="77777777">
        <w:trPr>
          <w:trHeight w:val="386"/>
          <w:jc w:val="center"/>
        </w:trPr>
        <w:tc>
          <w:tcPr>
            <w:tcW w:w="2381" w:type="dxa"/>
          </w:tcPr>
          <w:p w14:paraId="306015E1" w14:textId="77777777" w:rsidR="004C1A46" w:rsidRDefault="00000000">
            <w:pPr>
              <w:spacing w:after="40"/>
            </w:pPr>
            <w:proofErr w:type="spellStart"/>
            <w:r>
              <w:rPr>
                <w:sz w:val="20"/>
              </w:rPr>
              <w:lastRenderedPageBreak/>
              <w:t>連絡先</w:t>
            </w:r>
            <w:proofErr w:type="spellEnd"/>
          </w:p>
        </w:tc>
        <w:tc>
          <w:tcPr>
            <w:tcW w:w="6973" w:type="dxa"/>
          </w:tcPr>
          <w:p w14:paraId="71342E15" w14:textId="77777777" w:rsidR="004C1A46" w:rsidRDefault="00000000">
            <w:pPr>
              <w:spacing w:after="40"/>
            </w:pPr>
            <w:r>
              <w:rPr>
                <w:sz w:val="20"/>
              </w:rPr>
              <w:t xml:space="preserve">　080-2330-9284　／　m15079hn@jichi.ac.jp</w:t>
            </w:r>
          </w:p>
        </w:tc>
      </w:tr>
    </w:tbl>
    <w:p w14:paraId="0ACBF1D4" w14:textId="77777777" w:rsidR="004C1A46" w:rsidRDefault="004C1A46">
      <w:pPr>
        <w:spacing w:after="0"/>
      </w:pPr>
    </w:p>
    <w:p w14:paraId="38DBF3F2" w14:textId="77777777" w:rsidR="00A2699E" w:rsidRDefault="00A2699E">
      <w:pPr>
        <w:spacing w:after="0"/>
      </w:pPr>
    </w:p>
    <w:p w14:paraId="26DF73C9" w14:textId="77777777" w:rsidR="00A2699E" w:rsidRDefault="00A2699E">
      <w:pPr>
        <w:pBdr>
          <w:bottom w:val="single" w:sz="6" w:space="1" w:color="auto"/>
        </w:pBdr>
        <w:spacing w:after="0"/>
      </w:pPr>
    </w:p>
    <w:p w14:paraId="35B17849" w14:textId="77777777" w:rsidR="00A2699E" w:rsidRDefault="00A2699E">
      <w:pPr>
        <w:spacing w:after="0"/>
      </w:pPr>
    </w:p>
    <w:p w14:paraId="175A34F7" w14:textId="77777777" w:rsidR="00A2699E" w:rsidRDefault="00A2699E">
      <w:pPr>
        <w:spacing w:after="0"/>
      </w:pPr>
    </w:p>
    <w:p w14:paraId="18B5C438" w14:textId="77777777" w:rsidR="00A2699E" w:rsidRDefault="00A2699E">
      <w:pPr>
        <w:spacing w:after="0"/>
      </w:pPr>
    </w:p>
    <w:p w14:paraId="4D08FA8D" w14:textId="77777777" w:rsidR="004C1A46" w:rsidRPr="00A2699E" w:rsidRDefault="00000000">
      <w:pPr>
        <w:spacing w:after="20"/>
        <w:rPr>
          <w:sz w:val="20"/>
          <w:szCs w:val="20"/>
          <w:lang w:eastAsia="ja-JP"/>
        </w:rPr>
      </w:pPr>
      <w:r w:rsidRPr="00A2699E">
        <w:rPr>
          <w:sz w:val="20"/>
          <w:szCs w:val="20"/>
          <w:lang w:eastAsia="ja-JP"/>
        </w:rPr>
        <w:t>※　労働安全衛生法第104条第1項および第2項、同条第3項に基づく指針、ならびに個人情報の保護に関する法律第20条第2項および第27条第1項の趣旨に沿った書式です。</w:t>
      </w:r>
    </w:p>
    <w:p w14:paraId="6C80D753" w14:textId="77777777" w:rsidR="004C1A46" w:rsidRDefault="00000000">
      <w:pPr>
        <w:spacing w:before="60" w:after="0"/>
        <w:rPr>
          <w:lang w:eastAsia="ja-JP"/>
        </w:rPr>
      </w:pPr>
      <w:r w:rsidRPr="00A2699E">
        <w:rPr>
          <w:sz w:val="20"/>
          <w:szCs w:val="20"/>
          <w:lang w:eastAsia="ja-JP"/>
        </w:rPr>
        <w:t>※　本ひな形はサクセス株式会社産業医事務所が産業医業務の付随として顧問先の便宜のために無償で提供するものであり、書類作成の代行および個別の記入指導を行うものではありません。内容および運用の適否は、貴社の労務管理体制および貴社が委嘱する社会保険労務士等にもご確認のうえご使用ください。</w:t>
      </w:r>
      <w:r>
        <w:rPr>
          <w:lang w:eastAsia="ja-JP"/>
        </w:rPr>
        <w:br w:type="page"/>
      </w:r>
    </w:p>
    <w:p w14:paraId="25D17EC5" w14:textId="77777777" w:rsidR="004C1A46" w:rsidRPr="00A2699E" w:rsidRDefault="00000000">
      <w:pPr>
        <w:spacing w:after="40"/>
        <w:rPr>
          <w:color w:val="A6A6A6" w:themeColor="background1" w:themeShade="A6"/>
          <w:sz w:val="24"/>
          <w:szCs w:val="28"/>
          <w:lang w:eastAsia="ja-JP"/>
        </w:rPr>
      </w:pPr>
      <w:r w:rsidRPr="00A2699E">
        <w:rPr>
          <w:b/>
          <w:color w:val="A6A6A6" w:themeColor="background1" w:themeShade="A6"/>
          <w:szCs w:val="28"/>
          <w:lang w:eastAsia="ja-JP"/>
        </w:rPr>
        <w:lastRenderedPageBreak/>
        <w:t>【様式B】詳細版　―　連携する情報の範囲を項目ごとに特定する場合</w:t>
      </w:r>
    </w:p>
    <w:p w14:paraId="30467E62" w14:textId="5A35ED6B" w:rsidR="00A2699E" w:rsidRPr="00A2699E" w:rsidRDefault="00000000">
      <w:pPr>
        <w:pBdr>
          <w:bottom w:val="single" w:sz="6" w:space="1" w:color="auto"/>
        </w:pBdr>
        <w:spacing w:after="120" w:line="288" w:lineRule="auto"/>
        <w:rPr>
          <w:color w:val="A6A6A6" w:themeColor="background1" w:themeShade="A6"/>
          <w:sz w:val="20"/>
          <w:szCs w:val="28"/>
          <w:lang w:eastAsia="ja-JP"/>
        </w:rPr>
      </w:pPr>
      <w:r w:rsidRPr="00A2699E">
        <w:rPr>
          <w:color w:val="A6A6A6" w:themeColor="background1" w:themeShade="A6"/>
          <w:sz w:val="20"/>
          <w:szCs w:val="28"/>
          <w:lang w:eastAsia="ja-JP"/>
        </w:rPr>
        <w:t>（休職期間が長期にわたる事案、復職の可否が争点となり得る事案、がん・難病等の治療と仕事の両立支援を継続的に行う事案などでご使用ください。通常の事案では前頁の【様式A】簡易版で足ります。）</w:t>
      </w:r>
    </w:p>
    <w:p w14:paraId="62BBE113" w14:textId="77777777" w:rsidR="00A2699E" w:rsidRPr="00A2699E" w:rsidRDefault="00A2699E">
      <w:pPr>
        <w:spacing w:after="120" w:line="288" w:lineRule="auto"/>
        <w:rPr>
          <w:color w:val="A6A6A6" w:themeColor="background1" w:themeShade="A6"/>
          <w:sz w:val="17"/>
          <w:lang w:eastAsia="ja-JP"/>
        </w:rPr>
      </w:pPr>
    </w:p>
    <w:p w14:paraId="1CEF8891" w14:textId="77777777" w:rsidR="004C1A46" w:rsidRDefault="00000000">
      <w:pPr>
        <w:keepNext/>
        <w:spacing w:after="160"/>
        <w:jc w:val="center"/>
        <w:rPr>
          <w:lang w:eastAsia="ja-JP"/>
        </w:rPr>
      </w:pPr>
      <w:r>
        <w:rPr>
          <w:b/>
          <w:sz w:val="28"/>
          <w:lang w:eastAsia="ja-JP"/>
        </w:rPr>
        <w:t>主治医との情報連携に関する同意書（詳細版）</w:t>
      </w:r>
    </w:p>
    <w:p w14:paraId="2C56D434" w14:textId="77777777" w:rsidR="004C1A46" w:rsidRDefault="00000000">
      <w:pPr>
        <w:spacing w:after="160" w:line="324" w:lineRule="auto"/>
        <w:rPr>
          <w:lang w:eastAsia="ja-JP"/>
        </w:rPr>
      </w:pPr>
      <w:r>
        <w:rPr>
          <w:sz w:val="20"/>
          <w:lang w:eastAsia="ja-JP"/>
        </w:rPr>
        <w:t xml:space="preserve">　産業医が就業上の配慮の必要性を判断するにあたり、主治医との間で下記の範囲の情報のやり取りを行うことについて同意をお願いいたします。同意する事項のチェック欄にレ点を付してください。</w:t>
      </w:r>
    </w:p>
    <w:p w14:paraId="1A17AB34" w14:textId="77777777" w:rsidR="004C1A46" w:rsidRDefault="00000000">
      <w:pPr>
        <w:keepNext/>
        <w:spacing w:after="80"/>
        <w:rPr>
          <w:lang w:eastAsia="ja-JP"/>
        </w:rPr>
      </w:pPr>
      <w:r>
        <w:rPr>
          <w:b/>
          <w:lang w:eastAsia="ja-JP"/>
        </w:rPr>
        <w:t>1　情報連携の相手方および対象</w:t>
      </w:r>
    </w:p>
    <w:tbl>
      <w:tblPr>
        <w:tblStyle w:val="afe"/>
        <w:tblW w:w="0" w:type="auto"/>
        <w:jc w:val="center"/>
        <w:tblLook w:val="04A0" w:firstRow="1" w:lastRow="0" w:firstColumn="1" w:lastColumn="0" w:noHBand="0" w:noVBand="1"/>
      </w:tblPr>
      <w:tblGrid>
        <w:gridCol w:w="2381"/>
        <w:gridCol w:w="6973"/>
      </w:tblGrid>
      <w:tr w:rsidR="004C1A46" w14:paraId="176CF5F2" w14:textId="77777777">
        <w:trPr>
          <w:trHeight w:val="351"/>
          <w:jc w:val="center"/>
        </w:trPr>
        <w:tc>
          <w:tcPr>
            <w:tcW w:w="2381" w:type="dxa"/>
          </w:tcPr>
          <w:p w14:paraId="190FBB57" w14:textId="77777777" w:rsidR="004C1A46" w:rsidRDefault="00000000">
            <w:pPr>
              <w:spacing w:after="40"/>
            </w:pPr>
            <w:proofErr w:type="spellStart"/>
            <w:r>
              <w:rPr>
                <w:sz w:val="19"/>
              </w:rPr>
              <w:t>医療機関名・診療科</w:t>
            </w:r>
            <w:proofErr w:type="spellEnd"/>
          </w:p>
        </w:tc>
        <w:tc>
          <w:tcPr>
            <w:tcW w:w="6973" w:type="dxa"/>
          </w:tcPr>
          <w:p w14:paraId="0B92BD18" w14:textId="77777777" w:rsidR="004C1A46" w:rsidRDefault="004C1A46">
            <w:pPr>
              <w:spacing w:after="40"/>
            </w:pPr>
          </w:p>
        </w:tc>
      </w:tr>
      <w:tr w:rsidR="004C1A46" w14:paraId="7C0E379A" w14:textId="77777777">
        <w:trPr>
          <w:trHeight w:val="351"/>
          <w:jc w:val="center"/>
        </w:trPr>
        <w:tc>
          <w:tcPr>
            <w:tcW w:w="2381" w:type="dxa"/>
          </w:tcPr>
          <w:p w14:paraId="4A240F8B" w14:textId="77777777" w:rsidR="004C1A46" w:rsidRDefault="00000000">
            <w:pPr>
              <w:spacing w:after="40"/>
            </w:pPr>
            <w:r>
              <w:rPr>
                <w:sz w:val="19"/>
              </w:rPr>
              <w:t>主治医氏名</w:t>
            </w:r>
          </w:p>
        </w:tc>
        <w:tc>
          <w:tcPr>
            <w:tcW w:w="6973" w:type="dxa"/>
          </w:tcPr>
          <w:p w14:paraId="64751E09" w14:textId="77777777" w:rsidR="004C1A46" w:rsidRDefault="004C1A46">
            <w:pPr>
              <w:spacing w:after="40"/>
            </w:pPr>
          </w:p>
        </w:tc>
      </w:tr>
      <w:tr w:rsidR="004C1A46" w14:paraId="067BFB8C" w14:textId="77777777">
        <w:trPr>
          <w:trHeight w:val="351"/>
          <w:jc w:val="center"/>
        </w:trPr>
        <w:tc>
          <w:tcPr>
            <w:tcW w:w="2381" w:type="dxa"/>
          </w:tcPr>
          <w:p w14:paraId="48780435" w14:textId="77777777" w:rsidR="004C1A46" w:rsidRDefault="00000000">
            <w:pPr>
              <w:spacing w:after="40"/>
            </w:pPr>
            <w:r>
              <w:rPr>
                <w:sz w:val="19"/>
              </w:rPr>
              <w:t>対象の傷病等</w:t>
            </w:r>
          </w:p>
        </w:tc>
        <w:tc>
          <w:tcPr>
            <w:tcW w:w="6973" w:type="dxa"/>
          </w:tcPr>
          <w:p w14:paraId="3F46496F" w14:textId="77777777" w:rsidR="004C1A46" w:rsidRDefault="004C1A46">
            <w:pPr>
              <w:spacing w:after="40"/>
            </w:pPr>
          </w:p>
        </w:tc>
      </w:tr>
    </w:tbl>
    <w:p w14:paraId="5D6DE3A1" w14:textId="77777777" w:rsidR="004C1A46" w:rsidRDefault="004C1A46">
      <w:pPr>
        <w:spacing w:after="40"/>
      </w:pPr>
    </w:p>
    <w:p w14:paraId="5BC2730D" w14:textId="77777777" w:rsidR="004C1A46" w:rsidRDefault="00000000">
      <w:pPr>
        <w:keepNext/>
        <w:spacing w:after="80"/>
        <w:rPr>
          <w:lang w:eastAsia="ja-JP"/>
        </w:rPr>
      </w:pPr>
      <w:r>
        <w:rPr>
          <w:b/>
          <w:lang w:eastAsia="ja-JP"/>
        </w:rPr>
        <w:t>2　産業医から主治医へ提供することに同意する情報</w:t>
      </w:r>
    </w:p>
    <w:p w14:paraId="4DC49236" w14:textId="77777777" w:rsidR="004C1A46" w:rsidRPr="00A2699E" w:rsidRDefault="00000000">
      <w:pPr>
        <w:spacing w:after="60" w:line="300" w:lineRule="auto"/>
        <w:rPr>
          <w:sz w:val="22"/>
          <w:szCs w:val="24"/>
          <w:lang w:eastAsia="ja-JP"/>
        </w:rPr>
      </w:pPr>
      <w:r w:rsidRPr="00A2699E">
        <w:rPr>
          <w:sz w:val="20"/>
          <w:szCs w:val="24"/>
          <w:lang w:eastAsia="ja-JP"/>
        </w:rPr>
        <w:t xml:space="preserve">　□　職務内容および勤務形態（勤務時間、交代制勤務、出張、運転業務、高所作業等の有無）</w:t>
      </w:r>
    </w:p>
    <w:p w14:paraId="092A0F51" w14:textId="77777777" w:rsidR="004C1A46" w:rsidRPr="00A2699E" w:rsidRDefault="00000000">
      <w:pPr>
        <w:spacing w:after="60" w:line="300" w:lineRule="auto"/>
        <w:rPr>
          <w:sz w:val="22"/>
          <w:szCs w:val="24"/>
          <w:lang w:eastAsia="ja-JP"/>
        </w:rPr>
      </w:pPr>
      <w:r w:rsidRPr="00A2699E">
        <w:rPr>
          <w:sz w:val="20"/>
          <w:szCs w:val="24"/>
          <w:lang w:eastAsia="ja-JP"/>
        </w:rPr>
        <w:t xml:space="preserve">　□　労働時間の状況（時間外労働時間、深夜業の有無等）</w:t>
      </w:r>
    </w:p>
    <w:p w14:paraId="2D9A46E8" w14:textId="77777777" w:rsidR="004C1A46" w:rsidRPr="00A2699E" w:rsidRDefault="00000000">
      <w:pPr>
        <w:spacing w:after="60" w:line="300" w:lineRule="auto"/>
        <w:rPr>
          <w:sz w:val="22"/>
          <w:szCs w:val="24"/>
          <w:lang w:eastAsia="ja-JP"/>
        </w:rPr>
      </w:pPr>
      <w:r w:rsidRPr="00A2699E">
        <w:rPr>
          <w:sz w:val="20"/>
          <w:szCs w:val="24"/>
          <w:lang w:eastAsia="ja-JP"/>
        </w:rPr>
        <w:t xml:space="preserve">　□　作業環境（有害業務の有無、温熱・騒音等の負荷）</w:t>
      </w:r>
    </w:p>
    <w:p w14:paraId="129EF9C4" w14:textId="77777777" w:rsidR="004C1A46" w:rsidRPr="00A2699E" w:rsidRDefault="00000000">
      <w:pPr>
        <w:spacing w:after="60" w:line="300" w:lineRule="auto"/>
        <w:rPr>
          <w:sz w:val="22"/>
          <w:szCs w:val="24"/>
          <w:lang w:eastAsia="ja-JP"/>
        </w:rPr>
      </w:pPr>
      <w:r w:rsidRPr="00A2699E">
        <w:rPr>
          <w:sz w:val="20"/>
          <w:szCs w:val="24"/>
          <w:lang w:eastAsia="ja-JP"/>
        </w:rPr>
        <w:t xml:space="preserve">　□　職場で利用可能な配慮および制度（時短勤務、配置転換、休職・復職制度等）</w:t>
      </w:r>
    </w:p>
    <w:p w14:paraId="77E0929E" w14:textId="77777777" w:rsidR="004C1A46" w:rsidRPr="00A2699E" w:rsidRDefault="00000000">
      <w:pPr>
        <w:spacing w:after="60" w:line="300" w:lineRule="auto"/>
        <w:rPr>
          <w:sz w:val="22"/>
          <w:szCs w:val="24"/>
          <w:lang w:eastAsia="ja-JP"/>
        </w:rPr>
      </w:pPr>
      <w:r w:rsidRPr="00A2699E">
        <w:rPr>
          <w:sz w:val="20"/>
          <w:szCs w:val="24"/>
          <w:lang w:eastAsia="ja-JP"/>
        </w:rPr>
        <w:t xml:space="preserve">　□　健康診断結果のうち、当該傷病等に関連する項目</w:t>
      </w:r>
    </w:p>
    <w:p w14:paraId="7D659CFF" w14:textId="77777777" w:rsidR="004C1A46" w:rsidRPr="00A2699E" w:rsidRDefault="00000000">
      <w:pPr>
        <w:spacing w:after="60" w:line="300" w:lineRule="auto"/>
        <w:rPr>
          <w:sz w:val="22"/>
          <w:szCs w:val="24"/>
          <w:lang w:eastAsia="ja-JP"/>
        </w:rPr>
      </w:pPr>
      <w:r w:rsidRPr="00A2699E">
        <w:rPr>
          <w:sz w:val="20"/>
          <w:szCs w:val="24"/>
          <w:lang w:eastAsia="ja-JP"/>
        </w:rPr>
        <w:t xml:space="preserve">　□　産業医面談における本人の訴えおよび産業医の所見</w:t>
      </w:r>
    </w:p>
    <w:p w14:paraId="3E44EE87" w14:textId="77777777" w:rsidR="004C1A46" w:rsidRPr="00A2699E" w:rsidRDefault="00000000">
      <w:pPr>
        <w:spacing w:after="60" w:line="300" w:lineRule="auto"/>
        <w:rPr>
          <w:sz w:val="22"/>
          <w:szCs w:val="24"/>
          <w:lang w:eastAsia="ja-JP"/>
        </w:rPr>
      </w:pPr>
      <w:r w:rsidRPr="00A2699E">
        <w:rPr>
          <w:sz w:val="20"/>
          <w:szCs w:val="24"/>
          <w:lang w:eastAsia="ja-JP"/>
        </w:rPr>
        <w:t xml:space="preserve">　□　その他（　　　　　　　　　　　　　　　　　　　　　　　　　　　　　）</w:t>
      </w:r>
    </w:p>
    <w:p w14:paraId="757F8FAD" w14:textId="77777777" w:rsidR="004C1A46" w:rsidRDefault="004C1A46">
      <w:pPr>
        <w:spacing w:after="40"/>
        <w:rPr>
          <w:lang w:eastAsia="ja-JP"/>
        </w:rPr>
      </w:pPr>
    </w:p>
    <w:p w14:paraId="39B7C97F" w14:textId="77777777" w:rsidR="004C1A46" w:rsidRDefault="00000000">
      <w:pPr>
        <w:keepNext/>
        <w:spacing w:after="80"/>
        <w:rPr>
          <w:lang w:eastAsia="ja-JP"/>
        </w:rPr>
      </w:pPr>
      <w:r>
        <w:rPr>
          <w:b/>
          <w:lang w:eastAsia="ja-JP"/>
        </w:rPr>
        <w:t>3　主治医から産業医へ提供を依頼することに同意する情報</w:t>
      </w:r>
    </w:p>
    <w:p w14:paraId="5AB9EB52" w14:textId="77777777" w:rsidR="004C1A46" w:rsidRPr="00A2699E" w:rsidRDefault="00000000">
      <w:pPr>
        <w:spacing w:after="60" w:line="300" w:lineRule="auto"/>
        <w:rPr>
          <w:sz w:val="22"/>
          <w:szCs w:val="24"/>
          <w:lang w:eastAsia="ja-JP"/>
        </w:rPr>
      </w:pPr>
      <w:r w:rsidRPr="00A2699E">
        <w:rPr>
          <w:sz w:val="20"/>
          <w:szCs w:val="24"/>
          <w:lang w:eastAsia="ja-JP"/>
        </w:rPr>
        <w:t xml:space="preserve">　□　現在の治療内容および通院の頻度</w:t>
      </w:r>
    </w:p>
    <w:p w14:paraId="29858EFE" w14:textId="77777777" w:rsidR="004C1A46" w:rsidRPr="00A2699E" w:rsidRDefault="00000000">
      <w:pPr>
        <w:spacing w:after="60" w:line="300" w:lineRule="auto"/>
        <w:rPr>
          <w:sz w:val="22"/>
          <w:szCs w:val="24"/>
          <w:lang w:eastAsia="ja-JP"/>
        </w:rPr>
      </w:pPr>
      <w:r w:rsidRPr="00A2699E">
        <w:rPr>
          <w:sz w:val="20"/>
          <w:szCs w:val="24"/>
          <w:lang w:eastAsia="ja-JP"/>
        </w:rPr>
        <w:t xml:space="preserve">　□　就業継続の可否に関する意見</w:t>
      </w:r>
    </w:p>
    <w:p w14:paraId="03CB76D3" w14:textId="77777777" w:rsidR="004C1A46" w:rsidRPr="00A2699E" w:rsidRDefault="00000000">
      <w:pPr>
        <w:spacing w:after="60" w:line="300" w:lineRule="auto"/>
        <w:rPr>
          <w:sz w:val="22"/>
          <w:szCs w:val="24"/>
          <w:lang w:eastAsia="ja-JP"/>
        </w:rPr>
      </w:pPr>
      <w:r w:rsidRPr="00A2699E">
        <w:rPr>
          <w:sz w:val="20"/>
          <w:szCs w:val="24"/>
          <w:lang w:eastAsia="ja-JP"/>
        </w:rPr>
        <w:t xml:space="preserve">　□　望ましい就業上の措置の内容（労働時間、業務内容、出張・運転・夜勤の制限等）</w:t>
      </w:r>
    </w:p>
    <w:p w14:paraId="2F9A3A3F" w14:textId="77777777" w:rsidR="004C1A46" w:rsidRPr="00A2699E" w:rsidRDefault="00000000">
      <w:pPr>
        <w:spacing w:after="60" w:line="300" w:lineRule="auto"/>
        <w:rPr>
          <w:sz w:val="22"/>
          <w:szCs w:val="24"/>
          <w:lang w:eastAsia="ja-JP"/>
        </w:rPr>
      </w:pPr>
      <w:r w:rsidRPr="00A2699E">
        <w:rPr>
          <w:sz w:val="20"/>
          <w:szCs w:val="24"/>
          <w:lang w:eastAsia="ja-JP"/>
        </w:rPr>
        <w:t xml:space="preserve">　□　就業上の配慮を要する期間の見込み</w:t>
      </w:r>
    </w:p>
    <w:p w14:paraId="4AB94233" w14:textId="77777777" w:rsidR="004C1A46" w:rsidRPr="00A2699E" w:rsidRDefault="00000000">
      <w:pPr>
        <w:spacing w:after="60" w:line="300" w:lineRule="auto"/>
        <w:rPr>
          <w:sz w:val="22"/>
          <w:szCs w:val="24"/>
          <w:lang w:eastAsia="ja-JP"/>
        </w:rPr>
      </w:pPr>
      <w:r w:rsidRPr="00A2699E">
        <w:rPr>
          <w:sz w:val="20"/>
          <w:szCs w:val="24"/>
          <w:lang w:eastAsia="ja-JP"/>
        </w:rPr>
        <w:t xml:space="preserve">　□　症状が再び悪化する際の兆候および悪化時に望まれる対応</w:t>
      </w:r>
    </w:p>
    <w:p w14:paraId="402D8B06" w14:textId="77777777" w:rsidR="004C1A46" w:rsidRPr="00A2699E" w:rsidRDefault="00000000">
      <w:pPr>
        <w:spacing w:after="60" w:line="300" w:lineRule="auto"/>
        <w:rPr>
          <w:sz w:val="22"/>
          <w:szCs w:val="24"/>
          <w:lang w:eastAsia="ja-JP"/>
        </w:rPr>
      </w:pPr>
      <w:r w:rsidRPr="00A2699E">
        <w:rPr>
          <w:sz w:val="20"/>
          <w:szCs w:val="24"/>
          <w:lang w:eastAsia="ja-JP"/>
        </w:rPr>
        <w:t xml:space="preserve">　□　診断名</w:t>
      </w:r>
    </w:p>
    <w:p w14:paraId="2E3B3F9F" w14:textId="77777777" w:rsidR="004C1A46" w:rsidRPr="00A2699E" w:rsidRDefault="00000000">
      <w:pPr>
        <w:spacing w:after="60" w:line="300" w:lineRule="auto"/>
        <w:rPr>
          <w:sz w:val="22"/>
          <w:szCs w:val="24"/>
          <w:lang w:eastAsia="ja-JP"/>
        </w:rPr>
      </w:pPr>
      <w:r w:rsidRPr="00A2699E">
        <w:rPr>
          <w:sz w:val="20"/>
          <w:szCs w:val="24"/>
          <w:lang w:eastAsia="ja-JP"/>
        </w:rPr>
        <w:t xml:space="preserve">　□　その他（　　　　　　　　　　　　　　　　　　　　　　　　　　　　　）</w:t>
      </w:r>
    </w:p>
    <w:p w14:paraId="32047374" w14:textId="77777777" w:rsidR="004C1A46" w:rsidRDefault="004C1A46">
      <w:pPr>
        <w:spacing w:after="40"/>
        <w:rPr>
          <w:lang w:eastAsia="ja-JP"/>
        </w:rPr>
      </w:pPr>
    </w:p>
    <w:p w14:paraId="6FCE07EC" w14:textId="77777777" w:rsidR="004C1A46" w:rsidRDefault="00000000">
      <w:pPr>
        <w:keepNext/>
        <w:spacing w:after="80"/>
        <w:rPr>
          <w:lang w:eastAsia="ja-JP"/>
        </w:rPr>
      </w:pPr>
      <w:r>
        <w:rPr>
          <w:b/>
          <w:lang w:eastAsia="ja-JP"/>
        </w:rPr>
        <w:t>4　人事労務担当者への共有の範囲（いずれか一つを選択）</w:t>
      </w:r>
    </w:p>
    <w:p w14:paraId="4E12E052" w14:textId="77777777" w:rsidR="004C1A46" w:rsidRPr="00A2699E" w:rsidRDefault="00000000">
      <w:pPr>
        <w:spacing w:after="60" w:line="300" w:lineRule="auto"/>
        <w:rPr>
          <w:sz w:val="22"/>
          <w:szCs w:val="24"/>
          <w:lang w:eastAsia="ja-JP"/>
        </w:rPr>
      </w:pPr>
      <w:r>
        <w:rPr>
          <w:sz w:val="19"/>
          <w:lang w:eastAsia="ja-JP"/>
        </w:rPr>
        <w:t xml:space="preserve">　</w:t>
      </w:r>
      <w:r w:rsidRPr="00A2699E">
        <w:rPr>
          <w:sz w:val="20"/>
          <w:szCs w:val="24"/>
          <w:lang w:eastAsia="ja-JP"/>
        </w:rPr>
        <w:t>□　就業の可否および就業上の措置の内容に限る（推奨）</w:t>
      </w:r>
    </w:p>
    <w:p w14:paraId="45347FBB" w14:textId="77777777" w:rsidR="004C1A46" w:rsidRPr="00A2699E" w:rsidRDefault="00000000">
      <w:pPr>
        <w:spacing w:after="60" w:line="300" w:lineRule="auto"/>
        <w:rPr>
          <w:sz w:val="22"/>
          <w:szCs w:val="24"/>
          <w:lang w:eastAsia="ja-JP"/>
        </w:rPr>
      </w:pPr>
      <w:r w:rsidRPr="00A2699E">
        <w:rPr>
          <w:sz w:val="20"/>
          <w:szCs w:val="24"/>
          <w:lang w:eastAsia="ja-JP"/>
        </w:rPr>
        <w:t xml:space="preserve">　□　上記に加え、就業上の配慮を要する期間の見込みを含める</w:t>
      </w:r>
    </w:p>
    <w:p w14:paraId="0A150FE4" w14:textId="77777777" w:rsidR="004C1A46" w:rsidRPr="00A2699E" w:rsidRDefault="00000000">
      <w:pPr>
        <w:spacing w:after="60" w:line="300" w:lineRule="auto"/>
        <w:rPr>
          <w:sz w:val="22"/>
          <w:szCs w:val="24"/>
          <w:lang w:eastAsia="ja-JP"/>
        </w:rPr>
      </w:pPr>
      <w:r w:rsidRPr="00A2699E">
        <w:rPr>
          <w:sz w:val="20"/>
          <w:szCs w:val="24"/>
          <w:lang w:eastAsia="ja-JP"/>
        </w:rPr>
        <w:t xml:space="preserve">　□　上記に加え、診断名を含める（本人が特に希望する場合）</w:t>
      </w:r>
    </w:p>
    <w:p w14:paraId="650F40F8" w14:textId="77777777" w:rsidR="004C1A46" w:rsidRPr="00A2699E" w:rsidRDefault="00000000">
      <w:pPr>
        <w:spacing w:after="80" w:line="300" w:lineRule="auto"/>
        <w:rPr>
          <w:sz w:val="22"/>
          <w:szCs w:val="24"/>
          <w:lang w:eastAsia="ja-JP"/>
        </w:rPr>
      </w:pPr>
      <w:r w:rsidRPr="00A2699E">
        <w:rPr>
          <w:sz w:val="20"/>
          <w:szCs w:val="24"/>
          <w:lang w:eastAsia="ja-JP"/>
        </w:rPr>
        <w:t xml:space="preserve">　共有先　□　人事労務担当者　　□　所属長　　□　産業保健スタッフ　　□　その他（　　　　　　　　　）</w:t>
      </w:r>
    </w:p>
    <w:p w14:paraId="153C4B34" w14:textId="77777777" w:rsidR="004C1A46" w:rsidRDefault="004C1A46">
      <w:pPr>
        <w:spacing w:after="20"/>
        <w:rPr>
          <w:lang w:eastAsia="ja-JP"/>
        </w:rPr>
      </w:pPr>
    </w:p>
    <w:p w14:paraId="451DCCF4" w14:textId="77777777" w:rsidR="004C1A46" w:rsidRDefault="00000000">
      <w:pPr>
        <w:keepNext/>
        <w:spacing w:after="80"/>
        <w:rPr>
          <w:lang w:eastAsia="ja-JP"/>
        </w:rPr>
      </w:pPr>
      <w:r>
        <w:rPr>
          <w:b/>
          <w:lang w:eastAsia="ja-JP"/>
        </w:rPr>
        <w:t>5　有効期間</w:t>
      </w:r>
    </w:p>
    <w:p w14:paraId="234C75EC" w14:textId="77777777" w:rsidR="004C1A46" w:rsidRPr="00A2699E" w:rsidRDefault="00000000">
      <w:pPr>
        <w:spacing w:after="100" w:line="300" w:lineRule="auto"/>
        <w:rPr>
          <w:sz w:val="22"/>
          <w:szCs w:val="24"/>
          <w:lang w:eastAsia="ja-JP"/>
        </w:rPr>
      </w:pPr>
      <w:r w:rsidRPr="00A2699E">
        <w:rPr>
          <w:sz w:val="20"/>
          <w:szCs w:val="24"/>
          <w:lang w:eastAsia="ja-JP"/>
        </w:rPr>
        <w:t xml:space="preserve">　同意日から　　　　年　　　月　　　日まで（有効期間は必ずご記入ください。終期の見通しが立たない場合は、「同意日から6か月」等の期間を記入し、継続が必要なときは改めて同意をお願いします。）</w:t>
      </w:r>
    </w:p>
    <w:p w14:paraId="4754AAF0" w14:textId="77777777" w:rsidR="004C1A46" w:rsidRDefault="00000000">
      <w:pPr>
        <w:keepNext/>
        <w:spacing w:after="80"/>
        <w:rPr>
          <w:lang w:eastAsia="ja-JP"/>
        </w:rPr>
      </w:pPr>
      <w:r>
        <w:rPr>
          <w:b/>
          <w:lang w:eastAsia="ja-JP"/>
        </w:rPr>
        <w:t>6　確認事項</w:t>
      </w:r>
    </w:p>
    <w:p w14:paraId="162E889D" w14:textId="77777777" w:rsidR="004C1A46" w:rsidRPr="00A2699E" w:rsidRDefault="00000000">
      <w:pPr>
        <w:spacing w:after="60" w:line="300" w:lineRule="auto"/>
        <w:rPr>
          <w:sz w:val="22"/>
          <w:szCs w:val="24"/>
          <w:lang w:eastAsia="ja-JP"/>
        </w:rPr>
      </w:pPr>
      <w:r w:rsidRPr="00A2699E">
        <w:rPr>
          <w:sz w:val="20"/>
          <w:szCs w:val="24"/>
          <w:lang w:eastAsia="ja-JP"/>
        </w:rPr>
        <w:t xml:space="preserve">　・　この同意は任意であり、同意しないこと、または一部の項目にレ点を付さないことを理由として不利益な取扱いを受けないこと。</w:t>
      </w:r>
    </w:p>
    <w:p w14:paraId="123BB732" w14:textId="77777777" w:rsidR="004C1A46" w:rsidRPr="00A2699E" w:rsidRDefault="00000000">
      <w:pPr>
        <w:spacing w:after="60" w:line="300" w:lineRule="auto"/>
        <w:rPr>
          <w:sz w:val="22"/>
          <w:szCs w:val="24"/>
          <w:lang w:eastAsia="ja-JP"/>
        </w:rPr>
      </w:pPr>
      <w:r w:rsidRPr="00A2699E">
        <w:rPr>
          <w:sz w:val="20"/>
          <w:szCs w:val="24"/>
          <w:lang w:eastAsia="ja-JP"/>
        </w:rPr>
        <w:t xml:space="preserve">　・　この同意はいつでも書面により撤回できること。撤回後は新たな情報のやり取りを行いません（撤回前に既に行われた情報のやり取りの効力は否定されません）。</w:t>
      </w:r>
    </w:p>
    <w:p w14:paraId="17EFA992" w14:textId="77777777" w:rsidR="004C1A46" w:rsidRPr="00A2699E" w:rsidRDefault="00000000">
      <w:pPr>
        <w:spacing w:after="60" w:line="300" w:lineRule="auto"/>
        <w:rPr>
          <w:sz w:val="22"/>
          <w:szCs w:val="24"/>
          <w:lang w:eastAsia="ja-JP"/>
        </w:rPr>
      </w:pPr>
      <w:r w:rsidRPr="00A2699E">
        <w:rPr>
          <w:sz w:val="20"/>
          <w:szCs w:val="24"/>
          <w:lang w:eastAsia="ja-JP"/>
        </w:rPr>
        <w:t xml:space="preserve">　・　産業医が取得した情報は、産業医事務所において施錠またはアクセス制限等の方法により保管し、貴社の健康情報等取扱規程が定める期間に従って取り扱うこと。</w:t>
      </w:r>
    </w:p>
    <w:p w14:paraId="6049068D" w14:textId="77777777" w:rsidR="004C1A46" w:rsidRPr="00A2699E" w:rsidRDefault="00000000">
      <w:pPr>
        <w:spacing w:after="60" w:line="300" w:lineRule="auto"/>
        <w:rPr>
          <w:sz w:val="22"/>
          <w:szCs w:val="24"/>
          <w:lang w:eastAsia="ja-JP"/>
        </w:rPr>
      </w:pPr>
      <w:r w:rsidRPr="00A2699E">
        <w:rPr>
          <w:sz w:val="20"/>
          <w:szCs w:val="24"/>
          <w:lang w:eastAsia="ja-JP"/>
        </w:rPr>
        <w:t xml:space="preserve">　・　主治医が情報提供のために書類を作成する場合、医療機関の定めにより文書料が発生することがあること。</w:t>
      </w:r>
    </w:p>
    <w:p w14:paraId="6C8D381F" w14:textId="77777777" w:rsidR="004C1A46" w:rsidRDefault="004C1A46">
      <w:pPr>
        <w:spacing w:after="40"/>
        <w:rPr>
          <w:lang w:eastAsia="ja-JP"/>
        </w:rPr>
      </w:pPr>
    </w:p>
    <w:p w14:paraId="00AEE27E" w14:textId="77777777" w:rsidR="004C1A46" w:rsidRPr="00A2699E" w:rsidRDefault="00000000">
      <w:pPr>
        <w:spacing w:after="100"/>
        <w:rPr>
          <w:sz w:val="22"/>
          <w:szCs w:val="24"/>
          <w:lang w:eastAsia="ja-JP"/>
        </w:rPr>
      </w:pPr>
      <w:r w:rsidRPr="00A2699E">
        <w:rPr>
          <w:szCs w:val="24"/>
          <w:lang w:eastAsia="ja-JP"/>
        </w:rPr>
        <w:t xml:space="preserve">　上記の内容について説明を受け、レ点を付した事項について同意します。</w:t>
      </w:r>
    </w:p>
    <w:tbl>
      <w:tblPr>
        <w:tblStyle w:val="afe"/>
        <w:tblW w:w="0" w:type="auto"/>
        <w:jc w:val="center"/>
        <w:tblLook w:val="04A0" w:firstRow="1" w:lastRow="0" w:firstColumn="1" w:lastColumn="0" w:noHBand="0" w:noVBand="1"/>
      </w:tblPr>
      <w:tblGrid>
        <w:gridCol w:w="2381"/>
        <w:gridCol w:w="6973"/>
      </w:tblGrid>
      <w:tr w:rsidR="004C1A46" w:rsidRPr="00A2699E" w14:paraId="57A7D348" w14:textId="77777777">
        <w:trPr>
          <w:trHeight w:val="425"/>
          <w:jc w:val="center"/>
        </w:trPr>
        <w:tc>
          <w:tcPr>
            <w:tcW w:w="2381" w:type="dxa"/>
          </w:tcPr>
          <w:p w14:paraId="5033BE89" w14:textId="77777777" w:rsidR="004C1A46" w:rsidRPr="00A2699E" w:rsidRDefault="00000000">
            <w:pPr>
              <w:spacing w:after="40"/>
              <w:rPr>
                <w:sz w:val="22"/>
                <w:szCs w:val="24"/>
              </w:rPr>
            </w:pPr>
            <w:proofErr w:type="spellStart"/>
            <w:r w:rsidRPr="00A2699E">
              <w:rPr>
                <w:sz w:val="20"/>
                <w:szCs w:val="24"/>
              </w:rPr>
              <w:t>氏名（自署</w:t>
            </w:r>
            <w:proofErr w:type="spellEnd"/>
            <w:r w:rsidRPr="00A2699E">
              <w:rPr>
                <w:sz w:val="20"/>
                <w:szCs w:val="24"/>
              </w:rPr>
              <w:t>）</w:t>
            </w:r>
          </w:p>
        </w:tc>
        <w:tc>
          <w:tcPr>
            <w:tcW w:w="6973" w:type="dxa"/>
          </w:tcPr>
          <w:p w14:paraId="6C21618A" w14:textId="77777777" w:rsidR="004C1A46" w:rsidRPr="00A2699E" w:rsidRDefault="004C1A46">
            <w:pPr>
              <w:spacing w:after="40"/>
              <w:rPr>
                <w:sz w:val="22"/>
                <w:szCs w:val="24"/>
              </w:rPr>
            </w:pPr>
          </w:p>
        </w:tc>
      </w:tr>
      <w:tr w:rsidR="004C1A46" w:rsidRPr="00A2699E" w14:paraId="19817332" w14:textId="77777777">
        <w:trPr>
          <w:trHeight w:val="425"/>
          <w:jc w:val="center"/>
        </w:trPr>
        <w:tc>
          <w:tcPr>
            <w:tcW w:w="2381" w:type="dxa"/>
          </w:tcPr>
          <w:p w14:paraId="5C615D6D" w14:textId="77777777" w:rsidR="004C1A46" w:rsidRPr="00A2699E" w:rsidRDefault="00000000">
            <w:pPr>
              <w:spacing w:after="40"/>
              <w:rPr>
                <w:sz w:val="22"/>
                <w:szCs w:val="24"/>
              </w:rPr>
            </w:pPr>
            <w:r w:rsidRPr="00A2699E">
              <w:rPr>
                <w:sz w:val="20"/>
                <w:szCs w:val="24"/>
              </w:rPr>
              <w:t>所属・役職</w:t>
            </w:r>
          </w:p>
        </w:tc>
        <w:tc>
          <w:tcPr>
            <w:tcW w:w="6973" w:type="dxa"/>
          </w:tcPr>
          <w:p w14:paraId="1E4A0A7F" w14:textId="77777777" w:rsidR="004C1A46" w:rsidRPr="00A2699E" w:rsidRDefault="004C1A46">
            <w:pPr>
              <w:spacing w:after="40"/>
              <w:rPr>
                <w:sz w:val="22"/>
                <w:szCs w:val="24"/>
              </w:rPr>
            </w:pPr>
          </w:p>
        </w:tc>
      </w:tr>
      <w:tr w:rsidR="004C1A46" w:rsidRPr="00A2699E" w14:paraId="2117F211" w14:textId="77777777">
        <w:trPr>
          <w:trHeight w:val="425"/>
          <w:jc w:val="center"/>
        </w:trPr>
        <w:tc>
          <w:tcPr>
            <w:tcW w:w="2381" w:type="dxa"/>
          </w:tcPr>
          <w:p w14:paraId="162CFC77" w14:textId="77777777" w:rsidR="004C1A46" w:rsidRPr="00A2699E" w:rsidRDefault="00000000">
            <w:pPr>
              <w:spacing w:after="40"/>
              <w:rPr>
                <w:sz w:val="22"/>
                <w:szCs w:val="24"/>
              </w:rPr>
            </w:pPr>
            <w:r w:rsidRPr="00A2699E">
              <w:rPr>
                <w:sz w:val="20"/>
                <w:szCs w:val="24"/>
              </w:rPr>
              <w:t>同意年月日</w:t>
            </w:r>
          </w:p>
        </w:tc>
        <w:tc>
          <w:tcPr>
            <w:tcW w:w="6973" w:type="dxa"/>
          </w:tcPr>
          <w:p w14:paraId="56DE16A7" w14:textId="77777777" w:rsidR="004C1A46" w:rsidRPr="00A2699E" w:rsidRDefault="00000000">
            <w:pPr>
              <w:spacing w:after="40"/>
              <w:rPr>
                <w:sz w:val="22"/>
                <w:szCs w:val="24"/>
              </w:rPr>
            </w:pPr>
            <w:r w:rsidRPr="00A2699E">
              <w:rPr>
                <w:sz w:val="20"/>
                <w:szCs w:val="24"/>
              </w:rPr>
              <w:t xml:space="preserve">　　令和　　　年　　　月　　　日</w:t>
            </w:r>
          </w:p>
        </w:tc>
      </w:tr>
    </w:tbl>
    <w:p w14:paraId="2EAE3125" w14:textId="77777777" w:rsidR="004C1A46" w:rsidRDefault="004C1A46">
      <w:pPr>
        <w:spacing w:after="40"/>
      </w:pPr>
    </w:p>
    <w:p w14:paraId="6BA03068" w14:textId="77777777" w:rsidR="004C1A46" w:rsidRDefault="00000000">
      <w:pPr>
        <w:keepNext/>
        <w:spacing w:after="80"/>
        <w:rPr>
          <w:lang w:eastAsia="ja-JP"/>
        </w:rPr>
      </w:pPr>
      <w:r>
        <w:rPr>
          <w:b/>
          <w:lang w:eastAsia="ja-JP"/>
        </w:rPr>
        <w:t>■　産業医記入欄</w:t>
      </w:r>
    </w:p>
    <w:p w14:paraId="7B6DE90F" w14:textId="77777777" w:rsidR="004C1A46" w:rsidRPr="00A2699E" w:rsidRDefault="00000000">
      <w:pPr>
        <w:spacing w:after="80" w:line="300" w:lineRule="auto"/>
        <w:rPr>
          <w:sz w:val="22"/>
          <w:szCs w:val="24"/>
          <w:lang w:eastAsia="ja-JP"/>
        </w:rPr>
      </w:pPr>
      <w:r w:rsidRPr="00A2699E">
        <w:rPr>
          <w:sz w:val="20"/>
          <w:szCs w:val="24"/>
          <w:lang w:eastAsia="ja-JP"/>
        </w:rPr>
        <w:t xml:space="preserve">　上記のとおり事前に説明を行い、書面による同意を得たことを確認します。同意の撤回は下記または貴社の窓口へお申し出ください。</w:t>
      </w:r>
    </w:p>
    <w:tbl>
      <w:tblPr>
        <w:tblStyle w:val="afe"/>
        <w:tblW w:w="0" w:type="auto"/>
        <w:jc w:val="center"/>
        <w:tblLook w:val="04A0" w:firstRow="1" w:lastRow="0" w:firstColumn="1" w:lastColumn="0" w:noHBand="0" w:noVBand="1"/>
      </w:tblPr>
      <w:tblGrid>
        <w:gridCol w:w="2381"/>
        <w:gridCol w:w="6973"/>
      </w:tblGrid>
      <w:tr w:rsidR="004C1A46" w14:paraId="67EC9503" w14:textId="77777777">
        <w:trPr>
          <w:trHeight w:val="374"/>
          <w:jc w:val="center"/>
        </w:trPr>
        <w:tc>
          <w:tcPr>
            <w:tcW w:w="2381" w:type="dxa"/>
          </w:tcPr>
          <w:p w14:paraId="4292D837" w14:textId="77777777" w:rsidR="004C1A46" w:rsidRDefault="00000000">
            <w:pPr>
              <w:spacing w:after="40"/>
            </w:pPr>
            <w:proofErr w:type="spellStart"/>
            <w:r>
              <w:rPr>
                <w:sz w:val="19"/>
              </w:rPr>
              <w:t>産業医氏名</w:t>
            </w:r>
            <w:proofErr w:type="spellEnd"/>
          </w:p>
        </w:tc>
        <w:tc>
          <w:tcPr>
            <w:tcW w:w="6973" w:type="dxa"/>
          </w:tcPr>
          <w:p w14:paraId="167D81E3" w14:textId="77777777" w:rsidR="004C1A46" w:rsidRDefault="00000000">
            <w:pPr>
              <w:spacing w:after="40"/>
              <w:rPr>
                <w:lang w:eastAsia="ja-JP"/>
              </w:rPr>
            </w:pPr>
            <w:r>
              <w:rPr>
                <w:sz w:val="19"/>
                <w:lang w:eastAsia="ja-JP"/>
              </w:rPr>
              <w:t xml:space="preserve">　サクセス株式会社産業医事務所　中村　一</w:t>
            </w:r>
          </w:p>
        </w:tc>
      </w:tr>
      <w:tr w:rsidR="004C1A46" w14:paraId="4417BC83" w14:textId="77777777">
        <w:trPr>
          <w:trHeight w:val="374"/>
          <w:jc w:val="center"/>
        </w:trPr>
        <w:tc>
          <w:tcPr>
            <w:tcW w:w="2381" w:type="dxa"/>
          </w:tcPr>
          <w:p w14:paraId="7A1D9317" w14:textId="77777777" w:rsidR="004C1A46" w:rsidRDefault="00000000">
            <w:pPr>
              <w:spacing w:after="40"/>
            </w:pPr>
            <w:proofErr w:type="spellStart"/>
            <w:r>
              <w:rPr>
                <w:sz w:val="19"/>
              </w:rPr>
              <w:t>連絡先</w:t>
            </w:r>
            <w:proofErr w:type="spellEnd"/>
          </w:p>
        </w:tc>
        <w:tc>
          <w:tcPr>
            <w:tcW w:w="6973" w:type="dxa"/>
          </w:tcPr>
          <w:p w14:paraId="5BA0D4FC" w14:textId="77777777" w:rsidR="004C1A46" w:rsidRDefault="00000000">
            <w:pPr>
              <w:spacing w:after="40"/>
            </w:pPr>
            <w:r>
              <w:rPr>
                <w:sz w:val="19"/>
              </w:rPr>
              <w:t xml:space="preserve">　080-2330-9284　／　m15079hn@jichi.ac.jp</w:t>
            </w:r>
          </w:p>
        </w:tc>
      </w:tr>
    </w:tbl>
    <w:p w14:paraId="5DA7B5D2" w14:textId="77777777" w:rsidR="004C1A46" w:rsidRDefault="004C1A46">
      <w:pPr>
        <w:pBdr>
          <w:bottom w:val="single" w:sz="6" w:space="1" w:color="auto"/>
        </w:pBdr>
        <w:spacing w:after="20"/>
      </w:pPr>
    </w:p>
    <w:p w14:paraId="2E849207" w14:textId="77777777" w:rsidR="00A2699E" w:rsidRDefault="00A2699E">
      <w:pPr>
        <w:pBdr>
          <w:bottom w:val="single" w:sz="6" w:space="1" w:color="auto"/>
        </w:pBdr>
        <w:spacing w:after="20"/>
      </w:pPr>
    </w:p>
    <w:p w14:paraId="2B4BDA4E" w14:textId="77777777" w:rsidR="00A2699E" w:rsidRDefault="00A2699E">
      <w:pPr>
        <w:pBdr>
          <w:bottom w:val="single" w:sz="6" w:space="1" w:color="auto"/>
        </w:pBdr>
        <w:spacing w:after="20"/>
      </w:pPr>
    </w:p>
    <w:p w14:paraId="29241686" w14:textId="77777777" w:rsidR="00A2699E" w:rsidRDefault="00A2699E">
      <w:pPr>
        <w:spacing w:after="20"/>
      </w:pPr>
    </w:p>
    <w:p w14:paraId="388483DA" w14:textId="77777777" w:rsidR="00A2699E" w:rsidRDefault="00A2699E">
      <w:pPr>
        <w:spacing w:after="20"/>
      </w:pPr>
    </w:p>
    <w:p w14:paraId="52A2B77B" w14:textId="77777777" w:rsidR="00A2699E" w:rsidRDefault="00A2699E">
      <w:pPr>
        <w:spacing w:after="20"/>
      </w:pPr>
    </w:p>
    <w:p w14:paraId="05F71707" w14:textId="77777777" w:rsidR="004C1A46" w:rsidRPr="00A2699E" w:rsidRDefault="00000000">
      <w:pPr>
        <w:spacing w:after="20"/>
        <w:rPr>
          <w:sz w:val="24"/>
          <w:szCs w:val="28"/>
          <w:lang w:eastAsia="ja-JP"/>
        </w:rPr>
      </w:pPr>
      <w:r w:rsidRPr="00A2699E">
        <w:rPr>
          <w:sz w:val="20"/>
          <w:szCs w:val="28"/>
          <w:lang w:eastAsia="ja-JP"/>
        </w:rPr>
        <w:t>※　労働安全衛生法第104条第1項および第2項、同条第3項に基づく指針、ならびに個人情報の保護に関する法律第20条第2項および第27条第1項の趣旨に沿った書式です。</w:t>
      </w:r>
    </w:p>
    <w:p w14:paraId="733B23EF" w14:textId="77777777" w:rsidR="004C1A46" w:rsidRPr="00A2699E" w:rsidRDefault="00000000">
      <w:pPr>
        <w:spacing w:before="60" w:after="0"/>
        <w:rPr>
          <w:sz w:val="24"/>
          <w:szCs w:val="28"/>
          <w:lang w:eastAsia="ja-JP"/>
        </w:rPr>
      </w:pPr>
      <w:r w:rsidRPr="00A2699E">
        <w:rPr>
          <w:sz w:val="20"/>
          <w:szCs w:val="28"/>
          <w:lang w:eastAsia="ja-JP"/>
        </w:rPr>
        <w:t>※　本ひな形はサクセス株式会社産業医事務所が産業医業務の付随として顧問先の便宜のために無償で提供するものであり、書類作成の代行および個別の記入指導を行うものではありません。内容および運用の適否は、貴社の労務管理体制および貴社が委嘱する社会保険労務士等にもご確認のうえご使用ください。</w:t>
      </w:r>
    </w:p>
    <w:sectPr w:rsidR="004C1A46" w:rsidRPr="00A2699E" w:rsidSect="00A2699E">
      <w:pgSz w:w="11906" w:h="16838"/>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15314832">
    <w:abstractNumId w:val="8"/>
  </w:num>
  <w:num w:numId="2" w16cid:durableId="1001738155">
    <w:abstractNumId w:val="6"/>
  </w:num>
  <w:num w:numId="3" w16cid:durableId="632059085">
    <w:abstractNumId w:val="5"/>
  </w:num>
  <w:num w:numId="4" w16cid:durableId="1381319870">
    <w:abstractNumId w:val="4"/>
  </w:num>
  <w:num w:numId="5" w16cid:durableId="2047481878">
    <w:abstractNumId w:val="7"/>
  </w:num>
  <w:num w:numId="6" w16cid:durableId="1286349350">
    <w:abstractNumId w:val="3"/>
  </w:num>
  <w:num w:numId="7" w16cid:durableId="464661646">
    <w:abstractNumId w:val="2"/>
  </w:num>
  <w:num w:numId="8" w16cid:durableId="796263070">
    <w:abstractNumId w:val="1"/>
  </w:num>
  <w:num w:numId="9" w16cid:durableId="7053295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477B"/>
    <w:rsid w:val="00326F90"/>
    <w:rsid w:val="004C1A46"/>
    <w:rsid w:val="00A2699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99EE794"/>
  <w14:defaultImageDpi w14:val="300"/>
  <w15:docId w15:val="{05A84FE2-6B4A-7A46-B892-AB10690A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cs="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一 中村</cp:lastModifiedBy>
  <cp:revision>2</cp:revision>
  <dcterms:created xsi:type="dcterms:W3CDTF">2013-12-23T23:15:00Z</dcterms:created>
  <dcterms:modified xsi:type="dcterms:W3CDTF">2026-08-18T14:52:00Z</dcterms:modified>
  <cp:category/>
</cp:coreProperties>
</file>