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1B9891" w14:textId="77777777" w:rsidR="00640EBC" w:rsidRPr="001F5982" w:rsidRDefault="00000000">
      <w:pPr>
        <w:spacing w:after="80"/>
        <w:jc w:val="right"/>
        <w:rPr>
          <w:rFonts w:ascii="ＭＳ Ｐ明朝" w:eastAsia="ＭＳ Ｐ明朝" w:hAnsi="ＭＳ Ｐ明朝"/>
        </w:rPr>
      </w:pPr>
      <w:r w:rsidRPr="001F5982">
        <w:rPr>
          <w:rFonts w:ascii="ＭＳ Ｐ明朝" w:eastAsia="ＭＳ Ｐ明朝" w:hAnsi="ＭＳ Ｐ明朝"/>
          <w:sz w:val="21"/>
        </w:rPr>
        <w:t>令和　　年　　月　　日</w:t>
      </w:r>
    </w:p>
    <w:p w14:paraId="78B8E1F1" w14:textId="77777777" w:rsidR="00640EBC" w:rsidRPr="001F5982" w:rsidRDefault="00000000">
      <w:pPr>
        <w:spacing w:after="40"/>
        <w:rPr>
          <w:rFonts w:ascii="ＭＳ Ｐ明朝" w:eastAsia="ＭＳ Ｐ明朝" w:hAnsi="ＭＳ Ｐ明朝"/>
        </w:rPr>
      </w:pPr>
      <w:r w:rsidRPr="001F5982">
        <w:rPr>
          <w:rFonts w:ascii="ＭＳ Ｐ明朝" w:eastAsia="ＭＳ Ｐ明朝" w:hAnsi="ＭＳ Ｐ明朝"/>
        </w:rPr>
        <w:t>社員各位</w:t>
      </w:r>
    </w:p>
    <w:p w14:paraId="67C0D0B6" w14:textId="77777777" w:rsidR="00640EBC" w:rsidRPr="001F5982" w:rsidRDefault="00000000">
      <w:pPr>
        <w:spacing w:after="400"/>
        <w:jc w:val="right"/>
        <w:rPr>
          <w:rFonts w:ascii="ＭＳ Ｐ明朝" w:eastAsia="ＭＳ Ｐ明朝" w:hAnsi="ＭＳ Ｐ明朝"/>
        </w:rPr>
      </w:pPr>
      <w:r w:rsidRPr="001F5982">
        <w:rPr>
          <w:rFonts w:ascii="ＭＳ Ｐ明朝" w:eastAsia="ＭＳ Ｐ明朝" w:hAnsi="ＭＳ Ｐ明朝"/>
          <w:sz w:val="21"/>
        </w:rPr>
        <w:t>〇〇部　〇〇〇〇</w:t>
      </w:r>
    </w:p>
    <w:p w14:paraId="6B13C130" w14:textId="77777777" w:rsidR="00640EBC" w:rsidRPr="001F5982" w:rsidRDefault="00000000">
      <w:pPr>
        <w:spacing w:after="80"/>
        <w:jc w:val="center"/>
        <w:rPr>
          <w:rFonts w:ascii="ＭＳ Ｐ明朝" w:eastAsia="ＭＳ Ｐ明朝" w:hAnsi="ＭＳ Ｐ明朝"/>
          <w:lang w:eastAsia="ja-JP"/>
        </w:rPr>
      </w:pPr>
      <w:r w:rsidRPr="001F5982">
        <w:rPr>
          <w:rFonts w:ascii="ＭＳ Ｐ明朝" w:eastAsia="ＭＳ Ｐ明朝" w:hAnsi="ＭＳ Ｐ明朝"/>
          <w:b/>
          <w:color w:val="1C2735"/>
          <w:sz w:val="36"/>
          <w:lang w:eastAsia="ja-JP"/>
        </w:rPr>
        <w:t>産業医選任のお知らせ</w:t>
      </w:r>
    </w:p>
    <w:p w14:paraId="153FB818" w14:textId="6ED7AB4B" w:rsidR="00640EBC" w:rsidRPr="001F5982" w:rsidRDefault="001F5982">
      <w:pPr>
        <w:spacing w:after="320"/>
        <w:rPr>
          <w:rFonts w:ascii="ＭＳ Ｐ明朝" w:eastAsia="ＭＳ Ｐ明朝" w:hAnsi="ＭＳ Ｐ明朝"/>
          <w:lang w:eastAsia="ja-JP"/>
        </w:rPr>
      </w:pPr>
      <w:r>
        <w:rPr>
          <w:rFonts w:ascii="ＭＳ Ｐ明朝" w:eastAsia="ＭＳ Ｐ明朝" w:hAnsi="ＭＳ Ｐ明朝"/>
          <w:color w:val="8D6A2F"/>
          <w:lang w:eastAsia="ja-JP"/>
        </w:rPr>
        <w:br/>
      </w:r>
      <w:r w:rsidRPr="001F5982">
        <w:rPr>
          <w:rFonts w:ascii="ＭＳ Ｐ明朝" w:eastAsia="ＭＳ Ｐ明朝" w:hAnsi="ＭＳ Ｐ明朝"/>
          <w:sz w:val="21"/>
          <w:lang w:eastAsia="ja-JP"/>
        </w:rPr>
        <w:t xml:space="preserve">　このたび、当社の労働者の健康管理体制の充実を図るため、労働安全衛生法第13条に基づき、下記のとおり産業医を選任いたしましたのでお知らせいたします。今後、月1回程度の頻度で当事業場を訪問し、健康診断結果の確認、職場巡視、産業医面談、衛生委員会への出席等の業務に従事いたします。</w:t>
      </w:r>
    </w:p>
    <w:p w14:paraId="48862219" w14:textId="77777777" w:rsidR="00640EBC" w:rsidRPr="001F5982" w:rsidRDefault="00000000">
      <w:pPr>
        <w:spacing w:after="120"/>
        <w:rPr>
          <w:rFonts w:ascii="ＭＳ Ｐ明朝" w:eastAsia="ＭＳ Ｐ明朝" w:hAnsi="ＭＳ Ｐ明朝"/>
          <w:lang w:eastAsia="ja-JP"/>
        </w:rPr>
      </w:pPr>
      <w:r w:rsidRPr="001F5982">
        <w:rPr>
          <w:rFonts w:ascii="ＭＳ Ｐ明朝" w:eastAsia="ＭＳ Ｐ明朝" w:hAnsi="ＭＳ Ｐ明朝"/>
          <w:b/>
          <w:color w:val="1C2735"/>
          <w:sz w:val="24"/>
          <w:lang w:eastAsia="ja-JP"/>
        </w:rPr>
        <w:t>◆　産業医とは</w:t>
      </w:r>
    </w:p>
    <w:p w14:paraId="5CD6E775" w14:textId="77777777" w:rsidR="00640EBC" w:rsidRPr="001F5982" w:rsidRDefault="00000000">
      <w:pPr>
        <w:spacing w:after="160"/>
        <w:rPr>
          <w:rFonts w:ascii="ＭＳ Ｐ明朝" w:eastAsia="ＭＳ Ｐ明朝" w:hAnsi="ＭＳ Ｐ明朝"/>
          <w:lang w:eastAsia="ja-JP"/>
        </w:rPr>
      </w:pPr>
      <w:r w:rsidRPr="001F5982">
        <w:rPr>
          <w:rFonts w:ascii="ＭＳ Ｐ明朝" w:eastAsia="ＭＳ Ｐ明朝" w:hAnsi="ＭＳ Ｐ明朝"/>
          <w:sz w:val="20"/>
          <w:lang w:eastAsia="ja-JP"/>
        </w:rPr>
        <w:t xml:space="preserve">　産業医は、労働者の健康管理を専門とする医師であり、事業場において労働者の安全と健康を守る役割を担います。産業医の役割は、病院や診療所で診療を行う主治医とは以下のように異なります。</w:t>
      </w:r>
    </w:p>
    <w:tbl>
      <w:tblPr>
        <w:tblStyle w:val="38"/>
        <w:tblW w:w="0" w:type="auto"/>
        <w:tblLayout w:type="fixed"/>
        <w:tblLook w:val="04A0" w:firstRow="1" w:lastRow="0" w:firstColumn="1" w:lastColumn="0" w:noHBand="0" w:noVBand="1"/>
      </w:tblPr>
      <w:tblGrid>
        <w:gridCol w:w="4536"/>
        <w:gridCol w:w="4536"/>
      </w:tblGrid>
      <w:tr w:rsidR="00640EBC" w:rsidRPr="001F5982" w14:paraId="64106B2F" w14:textId="77777777" w:rsidTr="00640E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3B7A4D32" w14:textId="77777777" w:rsidR="00640EBC" w:rsidRPr="001F5982" w:rsidRDefault="00000000">
            <w:pPr>
              <w:rPr>
                <w:rFonts w:ascii="ＭＳ Ｐ明朝" w:eastAsia="ＭＳ Ｐ明朝" w:hAnsi="ＭＳ Ｐ明朝"/>
              </w:rPr>
            </w:pPr>
            <w:proofErr w:type="spellStart"/>
            <w:r w:rsidRPr="001F5982">
              <w:rPr>
                <w:rFonts w:ascii="ＭＳ Ｐ明朝" w:eastAsia="ＭＳ Ｐ明朝" w:hAnsi="ＭＳ Ｐ明朝"/>
                <w:color w:val="1C2735"/>
                <w:sz w:val="20"/>
              </w:rPr>
              <w:t>区分</w:t>
            </w:r>
            <w:proofErr w:type="spellEnd"/>
          </w:p>
        </w:tc>
        <w:tc>
          <w:tcPr>
            <w:tcW w:w="4536" w:type="dxa"/>
          </w:tcPr>
          <w:p w14:paraId="5DF03AE6" w14:textId="77777777" w:rsidR="00640EBC" w:rsidRPr="001F5982" w:rsidRDefault="00000000">
            <w:pPr>
              <w:cnfStyle w:val="100000000000" w:firstRow="1" w:lastRow="0" w:firstColumn="0" w:lastColumn="0" w:oddVBand="0" w:evenVBand="0" w:oddHBand="0" w:evenHBand="0" w:firstRowFirstColumn="0" w:firstRowLastColumn="0" w:lastRowFirstColumn="0" w:lastRowLastColumn="0"/>
              <w:rPr>
                <w:rFonts w:ascii="ＭＳ Ｐ明朝" w:eastAsia="ＭＳ Ｐ明朝" w:hAnsi="ＭＳ Ｐ明朝"/>
              </w:rPr>
            </w:pPr>
            <w:r w:rsidRPr="001F5982">
              <w:rPr>
                <w:rFonts w:ascii="ＭＳ Ｐ明朝" w:eastAsia="ＭＳ Ｐ明朝" w:hAnsi="ＭＳ Ｐ明朝"/>
                <w:color w:val="1C2735"/>
                <w:sz w:val="20"/>
              </w:rPr>
              <w:t>役割</w:t>
            </w:r>
          </w:p>
        </w:tc>
      </w:tr>
      <w:tr w:rsidR="00640EBC" w:rsidRPr="001F5982" w14:paraId="1765A9AA" w14:textId="77777777" w:rsidTr="00640E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64ECDDE9" w14:textId="77777777" w:rsidR="00640EBC" w:rsidRPr="001F5982" w:rsidRDefault="00000000">
            <w:pPr>
              <w:rPr>
                <w:rFonts w:ascii="ＭＳ Ｐ明朝" w:eastAsia="ＭＳ Ｐ明朝" w:hAnsi="ＭＳ Ｐ明朝"/>
              </w:rPr>
            </w:pPr>
            <w:r w:rsidRPr="001F5982">
              <w:rPr>
                <w:rFonts w:ascii="ＭＳ Ｐ明朝" w:eastAsia="ＭＳ Ｐ明朝" w:hAnsi="ＭＳ Ｐ明朝"/>
                <w:sz w:val="20"/>
              </w:rPr>
              <w:t>主治医</w:t>
            </w:r>
          </w:p>
        </w:tc>
        <w:tc>
          <w:tcPr>
            <w:tcW w:w="4536" w:type="dxa"/>
          </w:tcPr>
          <w:p w14:paraId="6E0A2CCD" w14:textId="77777777" w:rsidR="00640EBC" w:rsidRPr="001F5982" w:rsidRDefault="00000000">
            <w:pPr>
              <w:cnfStyle w:val="000000100000" w:firstRow="0" w:lastRow="0" w:firstColumn="0" w:lastColumn="0" w:oddVBand="0" w:evenVBand="0" w:oddHBand="1" w:evenHBand="0" w:firstRowFirstColumn="0" w:firstRowLastColumn="0" w:lastRowFirstColumn="0" w:lastRowLastColumn="0"/>
              <w:rPr>
                <w:rFonts w:ascii="ＭＳ Ｐ明朝" w:eastAsia="ＭＳ Ｐ明朝" w:hAnsi="ＭＳ Ｐ明朝"/>
                <w:lang w:eastAsia="ja-JP"/>
              </w:rPr>
            </w:pPr>
            <w:r w:rsidRPr="001F5982">
              <w:rPr>
                <w:rFonts w:ascii="ＭＳ Ｐ明朝" w:eastAsia="ＭＳ Ｐ明朝" w:hAnsi="ＭＳ Ｐ明朝"/>
                <w:sz w:val="20"/>
                <w:lang w:eastAsia="ja-JP"/>
              </w:rPr>
              <w:t>不調のある患者に対し、患者の立場に立って検査・診断・治療を行う。</w:t>
            </w:r>
          </w:p>
        </w:tc>
      </w:tr>
      <w:tr w:rsidR="00640EBC" w:rsidRPr="001F5982" w14:paraId="6215DD2C" w14:textId="77777777" w:rsidTr="00640E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322A9588" w14:textId="77777777" w:rsidR="00640EBC" w:rsidRPr="001F5982" w:rsidRDefault="00000000">
            <w:pPr>
              <w:rPr>
                <w:rFonts w:ascii="ＭＳ Ｐ明朝" w:eastAsia="ＭＳ Ｐ明朝" w:hAnsi="ＭＳ Ｐ明朝"/>
              </w:rPr>
            </w:pPr>
            <w:proofErr w:type="spellStart"/>
            <w:r w:rsidRPr="001F5982">
              <w:rPr>
                <w:rFonts w:ascii="ＭＳ Ｐ明朝" w:eastAsia="ＭＳ Ｐ明朝" w:hAnsi="ＭＳ Ｐ明朝"/>
                <w:color w:val="8D6A2F"/>
                <w:sz w:val="20"/>
              </w:rPr>
              <w:t>産業医</w:t>
            </w:r>
            <w:proofErr w:type="spellEnd"/>
          </w:p>
        </w:tc>
        <w:tc>
          <w:tcPr>
            <w:tcW w:w="4536" w:type="dxa"/>
          </w:tcPr>
          <w:p w14:paraId="26B753C8" w14:textId="77777777" w:rsidR="00640EBC" w:rsidRPr="001F5982" w:rsidRDefault="00000000">
            <w:pPr>
              <w:cnfStyle w:val="000000010000" w:firstRow="0" w:lastRow="0" w:firstColumn="0" w:lastColumn="0" w:oddVBand="0" w:evenVBand="0" w:oddHBand="0" w:evenHBand="1" w:firstRowFirstColumn="0" w:firstRowLastColumn="0" w:lastRowFirstColumn="0" w:lastRowLastColumn="0"/>
              <w:rPr>
                <w:rFonts w:ascii="ＭＳ Ｐ明朝" w:eastAsia="ＭＳ Ｐ明朝" w:hAnsi="ＭＳ Ｐ明朝"/>
                <w:lang w:eastAsia="ja-JP"/>
              </w:rPr>
            </w:pPr>
            <w:r w:rsidRPr="001F5982">
              <w:rPr>
                <w:rFonts w:ascii="ＭＳ Ｐ明朝" w:eastAsia="ＭＳ Ｐ明朝" w:hAnsi="ＭＳ Ｐ明朝"/>
                <w:sz w:val="20"/>
                <w:lang w:eastAsia="ja-JP"/>
              </w:rPr>
              <w:t>事業場において、労働者と企業双方から独立した中立的な立場で、健康管理・就業上の措置・職場環境改善に関する指導・助言を行う。</w:t>
            </w:r>
          </w:p>
        </w:tc>
      </w:tr>
    </w:tbl>
    <w:p w14:paraId="7BD2BFB1" w14:textId="77777777" w:rsidR="00640EBC" w:rsidRPr="001F5982" w:rsidRDefault="00640EBC">
      <w:pPr>
        <w:rPr>
          <w:rFonts w:ascii="ＭＳ Ｐ明朝" w:eastAsia="ＭＳ Ｐ明朝" w:hAnsi="ＭＳ Ｐ明朝"/>
          <w:lang w:eastAsia="ja-JP"/>
        </w:rPr>
      </w:pPr>
    </w:p>
    <w:p w14:paraId="5F10D9EB" w14:textId="77777777" w:rsidR="00640EBC" w:rsidRPr="001F5982" w:rsidRDefault="00000000">
      <w:pPr>
        <w:spacing w:after="120"/>
        <w:rPr>
          <w:rFonts w:ascii="ＭＳ Ｐ明朝" w:eastAsia="ＭＳ Ｐ明朝" w:hAnsi="ＭＳ Ｐ明朝"/>
        </w:rPr>
      </w:pPr>
      <w:r w:rsidRPr="001F5982">
        <w:rPr>
          <w:rFonts w:ascii="ＭＳ Ｐ明朝" w:eastAsia="ＭＳ Ｐ明朝" w:hAnsi="ＭＳ Ｐ明朝"/>
          <w:b/>
          <w:color w:val="1C2735"/>
          <w:sz w:val="24"/>
        </w:rPr>
        <w:t xml:space="preserve">◆　</w:t>
      </w:r>
      <w:proofErr w:type="spellStart"/>
      <w:r w:rsidRPr="001F5982">
        <w:rPr>
          <w:rFonts w:ascii="ＭＳ Ｐ明朝" w:eastAsia="ＭＳ Ｐ明朝" w:hAnsi="ＭＳ Ｐ明朝"/>
          <w:b/>
          <w:color w:val="1C2735"/>
          <w:sz w:val="24"/>
        </w:rPr>
        <w:t>当社の産業医</w:t>
      </w:r>
      <w:proofErr w:type="spellEnd"/>
    </w:p>
    <w:tbl>
      <w:tblPr>
        <w:tblW w:w="0" w:type="auto"/>
        <w:tblLayout w:type="fixed"/>
        <w:tblLook w:val="04A0" w:firstRow="1" w:lastRow="0" w:firstColumn="1" w:lastColumn="0" w:noHBand="0" w:noVBand="1"/>
      </w:tblPr>
      <w:tblGrid>
        <w:gridCol w:w="1526"/>
        <w:gridCol w:w="7546"/>
      </w:tblGrid>
      <w:tr w:rsidR="00640EBC" w:rsidRPr="001F5982" w14:paraId="2986D2D6" w14:textId="77777777" w:rsidTr="00D1524C">
        <w:tc>
          <w:tcPr>
            <w:tcW w:w="1526" w:type="dxa"/>
          </w:tcPr>
          <w:p w14:paraId="2484E683" w14:textId="77777777" w:rsidR="00640EBC" w:rsidRPr="001F5982" w:rsidRDefault="00000000">
            <w:pPr>
              <w:rPr>
                <w:rFonts w:ascii="ＭＳ Ｐ明朝" w:eastAsia="ＭＳ Ｐ明朝" w:hAnsi="ＭＳ Ｐ明朝"/>
              </w:rPr>
            </w:pPr>
            <w:r w:rsidRPr="001F5982">
              <w:rPr>
                <w:rFonts w:ascii="ＭＳ Ｐ明朝" w:eastAsia="ＭＳ Ｐ明朝" w:hAnsi="ＭＳ Ｐ明朝"/>
                <w:b/>
                <w:color w:val="1C2735"/>
                <w:sz w:val="20"/>
              </w:rPr>
              <w:t>氏　　　名</w:t>
            </w:r>
          </w:p>
        </w:tc>
        <w:tc>
          <w:tcPr>
            <w:tcW w:w="7546" w:type="dxa"/>
          </w:tcPr>
          <w:p w14:paraId="198BF6C6" w14:textId="1007441E" w:rsidR="00640EBC" w:rsidRPr="001F5982" w:rsidRDefault="00000000">
            <w:pPr>
              <w:rPr>
                <w:rFonts w:ascii="ＭＳ Ｐ明朝" w:eastAsia="ＭＳ Ｐ明朝" w:hAnsi="ＭＳ Ｐ明朝"/>
                <w:lang w:eastAsia="ja-JP"/>
              </w:rPr>
            </w:pPr>
            <w:r w:rsidRPr="001F5982">
              <w:rPr>
                <w:rFonts w:ascii="ＭＳ Ｐ明朝" w:eastAsia="ＭＳ Ｐ明朝" w:hAnsi="ＭＳ Ｐ明朝"/>
                <w:b/>
                <w:sz w:val="20"/>
                <w:lang w:eastAsia="ja-JP"/>
              </w:rPr>
              <w:t>中村　一</w:t>
            </w:r>
            <w:r w:rsidR="001F5982">
              <w:rPr>
                <w:rFonts w:ascii="ＭＳ Ｐ明朝" w:eastAsia="ＭＳ Ｐ明朝" w:hAnsi="ＭＳ Ｐ明朝" w:hint="eastAsia"/>
                <w:b/>
                <w:sz w:val="20"/>
                <w:lang w:eastAsia="ja-JP"/>
              </w:rPr>
              <w:t xml:space="preserve">　</w:t>
            </w:r>
            <w:r w:rsidRPr="001F5982">
              <w:rPr>
                <w:rFonts w:ascii="ＭＳ Ｐ明朝" w:eastAsia="ＭＳ Ｐ明朝" w:hAnsi="ＭＳ Ｐ明朝"/>
                <w:b/>
                <w:sz w:val="20"/>
                <w:lang w:eastAsia="ja-JP"/>
              </w:rPr>
              <w:t>（なかむら はじめ）</w:t>
            </w:r>
            <w:r w:rsidR="001F5982">
              <w:rPr>
                <w:rFonts w:ascii="ＭＳ Ｐ明朝" w:eastAsia="ＭＳ Ｐ明朝" w:hAnsi="ＭＳ Ｐ明朝" w:hint="eastAsia"/>
                <w:b/>
                <w:sz w:val="20"/>
                <w:lang w:eastAsia="ja-JP"/>
              </w:rPr>
              <w:t xml:space="preserve">　医師</w:t>
            </w:r>
          </w:p>
        </w:tc>
      </w:tr>
      <w:tr w:rsidR="00640EBC" w:rsidRPr="001F5982" w14:paraId="15C1C8A0" w14:textId="77777777" w:rsidTr="00D1524C">
        <w:tc>
          <w:tcPr>
            <w:tcW w:w="1526" w:type="dxa"/>
          </w:tcPr>
          <w:p w14:paraId="34532B78" w14:textId="77777777" w:rsidR="00640EBC" w:rsidRPr="001F5982" w:rsidRDefault="00000000">
            <w:pPr>
              <w:rPr>
                <w:rFonts w:ascii="ＭＳ Ｐ明朝" w:eastAsia="ＭＳ Ｐ明朝" w:hAnsi="ＭＳ Ｐ明朝"/>
              </w:rPr>
            </w:pPr>
            <w:r w:rsidRPr="001F5982">
              <w:rPr>
                <w:rFonts w:ascii="ＭＳ Ｐ明朝" w:eastAsia="ＭＳ Ｐ明朝" w:hAnsi="ＭＳ Ｐ明朝"/>
                <w:b/>
                <w:color w:val="1C2735"/>
                <w:sz w:val="20"/>
              </w:rPr>
              <w:t>所　　　属</w:t>
            </w:r>
          </w:p>
        </w:tc>
        <w:tc>
          <w:tcPr>
            <w:tcW w:w="7546" w:type="dxa"/>
          </w:tcPr>
          <w:p w14:paraId="75B75842" w14:textId="77777777" w:rsidR="00640EBC" w:rsidRPr="001F5982" w:rsidRDefault="00000000">
            <w:pPr>
              <w:rPr>
                <w:rFonts w:ascii="ＭＳ Ｐ明朝" w:eastAsia="ＭＳ Ｐ明朝" w:hAnsi="ＭＳ Ｐ明朝"/>
                <w:lang w:eastAsia="ja-JP"/>
              </w:rPr>
            </w:pPr>
            <w:r w:rsidRPr="001F5982">
              <w:rPr>
                <w:rFonts w:ascii="ＭＳ Ｐ明朝" w:eastAsia="ＭＳ Ｐ明朝" w:hAnsi="ＭＳ Ｐ明朝"/>
                <w:sz w:val="20"/>
                <w:lang w:eastAsia="ja-JP"/>
              </w:rPr>
              <w:t>サクセス株式会社 産業医事務所（代表産業医／取締役）</w:t>
            </w:r>
          </w:p>
        </w:tc>
      </w:tr>
      <w:tr w:rsidR="00640EBC" w:rsidRPr="001F5982" w14:paraId="7C16B393" w14:textId="77777777" w:rsidTr="00D1524C">
        <w:tc>
          <w:tcPr>
            <w:tcW w:w="1526" w:type="dxa"/>
          </w:tcPr>
          <w:p w14:paraId="463A6423" w14:textId="77777777" w:rsidR="00640EBC" w:rsidRPr="001F5982" w:rsidRDefault="00000000">
            <w:pPr>
              <w:rPr>
                <w:rFonts w:ascii="ＭＳ Ｐ明朝" w:eastAsia="ＭＳ Ｐ明朝" w:hAnsi="ＭＳ Ｐ明朝"/>
              </w:rPr>
            </w:pPr>
            <w:r w:rsidRPr="001F5982">
              <w:rPr>
                <w:rFonts w:ascii="ＭＳ Ｐ明朝" w:eastAsia="ＭＳ Ｐ明朝" w:hAnsi="ＭＳ Ｐ明朝"/>
                <w:b/>
                <w:color w:val="1C2735"/>
                <w:sz w:val="20"/>
              </w:rPr>
              <w:t>専 門 領 域</w:t>
            </w:r>
          </w:p>
        </w:tc>
        <w:tc>
          <w:tcPr>
            <w:tcW w:w="7546" w:type="dxa"/>
          </w:tcPr>
          <w:p w14:paraId="49206D87" w14:textId="77777777" w:rsidR="00640EBC" w:rsidRPr="001F5982" w:rsidRDefault="00000000">
            <w:pPr>
              <w:rPr>
                <w:rFonts w:ascii="ＭＳ Ｐ明朝" w:eastAsia="ＭＳ Ｐ明朝" w:hAnsi="ＭＳ Ｐ明朝"/>
              </w:rPr>
            </w:pPr>
            <w:r w:rsidRPr="001F5982">
              <w:rPr>
                <w:rFonts w:ascii="ＭＳ Ｐ明朝" w:eastAsia="ＭＳ Ｐ明朝" w:hAnsi="ＭＳ Ｐ明朝"/>
                <w:sz w:val="20"/>
              </w:rPr>
              <w:t>産業医学、一般内科（自治医科大学医学部卒、日本医師会認定産業医）</w:t>
            </w:r>
          </w:p>
        </w:tc>
      </w:tr>
      <w:tr w:rsidR="00640EBC" w:rsidRPr="001F5982" w14:paraId="5E65006C" w14:textId="77777777" w:rsidTr="00D1524C">
        <w:tc>
          <w:tcPr>
            <w:tcW w:w="1526" w:type="dxa"/>
          </w:tcPr>
          <w:p w14:paraId="0DF3FEF3" w14:textId="77777777" w:rsidR="00640EBC" w:rsidRPr="001F5982" w:rsidRDefault="00000000">
            <w:pPr>
              <w:rPr>
                <w:rFonts w:ascii="ＭＳ Ｐ明朝" w:eastAsia="ＭＳ Ｐ明朝" w:hAnsi="ＭＳ Ｐ明朝"/>
              </w:rPr>
            </w:pPr>
            <w:r w:rsidRPr="001F5982">
              <w:rPr>
                <w:rFonts w:ascii="ＭＳ Ｐ明朝" w:eastAsia="ＭＳ Ｐ明朝" w:hAnsi="ＭＳ Ｐ明朝"/>
                <w:b/>
                <w:color w:val="1C2735"/>
                <w:sz w:val="20"/>
              </w:rPr>
              <w:t>訪 問 頻 度</w:t>
            </w:r>
          </w:p>
        </w:tc>
        <w:tc>
          <w:tcPr>
            <w:tcW w:w="7546" w:type="dxa"/>
          </w:tcPr>
          <w:p w14:paraId="64885D02" w14:textId="2118ACD8" w:rsidR="00640EBC" w:rsidRPr="001F5982" w:rsidRDefault="00000000">
            <w:pPr>
              <w:rPr>
                <w:rFonts w:ascii="ＭＳ Ｐ明朝" w:eastAsia="ＭＳ Ｐ明朝" w:hAnsi="ＭＳ Ｐ明朝"/>
                <w:lang w:eastAsia="ja-JP"/>
              </w:rPr>
            </w:pPr>
            <w:r w:rsidRPr="001F5982">
              <w:rPr>
                <w:rFonts w:ascii="ＭＳ Ｐ明朝" w:eastAsia="ＭＳ Ｐ明朝" w:hAnsi="ＭＳ Ｐ明朝"/>
                <w:sz w:val="20"/>
                <w:lang w:eastAsia="ja-JP"/>
              </w:rPr>
              <w:t>月1回程度（緊急時は</w:t>
            </w:r>
            <w:r w:rsidR="001F5982">
              <w:rPr>
                <w:rFonts w:ascii="ＭＳ Ｐ明朝" w:eastAsia="ＭＳ Ｐ明朝" w:hAnsi="ＭＳ Ｐ明朝" w:hint="eastAsia"/>
                <w:sz w:val="20"/>
                <w:lang w:eastAsia="ja-JP"/>
              </w:rPr>
              <w:t>社内窓口を通じて</w:t>
            </w:r>
            <w:r w:rsidRPr="001F5982">
              <w:rPr>
                <w:rFonts w:ascii="ＭＳ Ｐ明朝" w:eastAsia="ＭＳ Ｐ明朝" w:hAnsi="ＭＳ Ｐ明朝"/>
                <w:sz w:val="20"/>
                <w:lang w:eastAsia="ja-JP"/>
              </w:rPr>
              <w:t>随時対応）</w:t>
            </w:r>
          </w:p>
        </w:tc>
      </w:tr>
    </w:tbl>
    <w:p w14:paraId="63CE223F" w14:textId="77777777" w:rsidR="00640EBC" w:rsidRPr="001F5982" w:rsidRDefault="00640EBC">
      <w:pPr>
        <w:spacing w:after="240"/>
        <w:rPr>
          <w:rFonts w:ascii="ＭＳ Ｐ明朝" w:eastAsia="ＭＳ Ｐ明朝" w:hAnsi="ＭＳ Ｐ明朝"/>
          <w:lang w:eastAsia="ja-JP"/>
        </w:rPr>
      </w:pPr>
    </w:p>
    <w:p w14:paraId="7604C41E" w14:textId="77777777" w:rsidR="00640EBC" w:rsidRPr="001F5982" w:rsidRDefault="00000000">
      <w:pPr>
        <w:spacing w:after="120"/>
        <w:rPr>
          <w:rFonts w:ascii="ＭＳ Ｐ明朝" w:eastAsia="ＭＳ Ｐ明朝" w:hAnsi="ＭＳ Ｐ明朝"/>
          <w:lang w:eastAsia="ja-JP"/>
        </w:rPr>
      </w:pPr>
      <w:r w:rsidRPr="001F5982">
        <w:rPr>
          <w:rFonts w:ascii="ＭＳ Ｐ明朝" w:eastAsia="ＭＳ Ｐ明朝" w:hAnsi="ＭＳ Ｐ明朝"/>
          <w:b/>
          <w:color w:val="1C2735"/>
          <w:sz w:val="24"/>
          <w:lang w:eastAsia="ja-JP"/>
        </w:rPr>
        <w:t>◆　産業医業務の内容</w:t>
      </w:r>
    </w:p>
    <w:p w14:paraId="2FE4AF0E" w14:textId="77777777" w:rsidR="00640EBC" w:rsidRPr="001F5982" w:rsidRDefault="00000000">
      <w:pPr>
        <w:spacing w:after="80"/>
        <w:ind w:left="283"/>
        <w:rPr>
          <w:rFonts w:ascii="ＭＳ Ｐ明朝" w:eastAsia="ＭＳ Ｐ明朝" w:hAnsi="ＭＳ Ｐ明朝"/>
          <w:lang w:eastAsia="ja-JP"/>
        </w:rPr>
      </w:pPr>
      <w:r w:rsidRPr="001F5982">
        <w:rPr>
          <w:rFonts w:ascii="ＭＳ Ｐ明朝" w:eastAsia="ＭＳ Ｐ明朝" w:hAnsi="ＭＳ Ｐ明朝"/>
          <w:b/>
          <w:color w:val="8D6A2F"/>
          <w:sz w:val="20"/>
          <w:lang w:eastAsia="ja-JP"/>
        </w:rPr>
        <w:t>・</w:t>
      </w:r>
      <w:r w:rsidRPr="001F5982">
        <w:rPr>
          <w:rFonts w:ascii="ＭＳ Ｐ明朝" w:eastAsia="ＭＳ Ｐ明朝" w:hAnsi="ＭＳ Ｐ明朝"/>
          <w:b/>
          <w:sz w:val="20"/>
          <w:lang w:eastAsia="ja-JP"/>
        </w:rPr>
        <w:t>健康診断結果の確認</w:t>
      </w:r>
      <w:r w:rsidRPr="001F5982">
        <w:rPr>
          <w:rFonts w:ascii="ＭＳ Ｐ明朝" w:eastAsia="ＭＳ Ｐ明朝" w:hAnsi="ＭＳ Ｐ明朝"/>
          <w:sz w:val="20"/>
          <w:lang w:eastAsia="ja-JP"/>
        </w:rPr>
        <w:t>：労働者の健康診断結果を確認し、就業上の措置の要否を判定します。</w:t>
      </w:r>
    </w:p>
    <w:p w14:paraId="731C852C" w14:textId="77777777" w:rsidR="00640EBC" w:rsidRPr="001F5982" w:rsidRDefault="00000000">
      <w:pPr>
        <w:spacing w:after="80"/>
        <w:ind w:left="283"/>
        <w:rPr>
          <w:rFonts w:ascii="ＭＳ Ｐ明朝" w:eastAsia="ＭＳ Ｐ明朝" w:hAnsi="ＭＳ Ｐ明朝"/>
          <w:lang w:eastAsia="ja-JP"/>
        </w:rPr>
      </w:pPr>
      <w:r w:rsidRPr="001F5982">
        <w:rPr>
          <w:rFonts w:ascii="ＭＳ Ｐ明朝" w:eastAsia="ＭＳ Ｐ明朝" w:hAnsi="ＭＳ Ｐ明朝"/>
          <w:b/>
          <w:color w:val="8D6A2F"/>
          <w:sz w:val="20"/>
          <w:lang w:eastAsia="ja-JP"/>
        </w:rPr>
        <w:t>・</w:t>
      </w:r>
      <w:r w:rsidRPr="001F5982">
        <w:rPr>
          <w:rFonts w:ascii="ＭＳ Ｐ明朝" w:eastAsia="ＭＳ Ｐ明朝" w:hAnsi="ＭＳ Ｐ明朝"/>
          <w:b/>
          <w:sz w:val="20"/>
          <w:lang w:eastAsia="ja-JP"/>
        </w:rPr>
        <w:t>職場巡視</w:t>
      </w:r>
      <w:r w:rsidRPr="001F5982">
        <w:rPr>
          <w:rFonts w:ascii="ＭＳ Ｐ明朝" w:eastAsia="ＭＳ Ｐ明朝" w:hAnsi="ＭＳ Ｐ明朝"/>
          <w:sz w:val="20"/>
          <w:lang w:eastAsia="ja-JP"/>
        </w:rPr>
        <w:t>：職場を巡視し、労働環境上の問題点を把握・改善提案します。</w:t>
      </w:r>
    </w:p>
    <w:p w14:paraId="282DE811" w14:textId="77777777" w:rsidR="00640EBC" w:rsidRPr="001F5982" w:rsidRDefault="00000000">
      <w:pPr>
        <w:spacing w:after="80"/>
        <w:ind w:left="283"/>
        <w:rPr>
          <w:rFonts w:ascii="ＭＳ Ｐ明朝" w:eastAsia="ＭＳ Ｐ明朝" w:hAnsi="ＭＳ Ｐ明朝"/>
          <w:lang w:eastAsia="ja-JP"/>
        </w:rPr>
      </w:pPr>
      <w:r w:rsidRPr="001F5982">
        <w:rPr>
          <w:rFonts w:ascii="ＭＳ Ｐ明朝" w:eastAsia="ＭＳ Ｐ明朝" w:hAnsi="ＭＳ Ｐ明朝"/>
          <w:b/>
          <w:color w:val="8D6A2F"/>
          <w:sz w:val="20"/>
          <w:lang w:eastAsia="ja-JP"/>
        </w:rPr>
        <w:t>・</w:t>
      </w:r>
      <w:r w:rsidRPr="001F5982">
        <w:rPr>
          <w:rFonts w:ascii="ＭＳ Ｐ明朝" w:eastAsia="ＭＳ Ｐ明朝" w:hAnsi="ＭＳ Ｐ明朝"/>
          <w:b/>
          <w:sz w:val="20"/>
          <w:lang w:eastAsia="ja-JP"/>
        </w:rPr>
        <w:t>衛生委員会への出席</w:t>
      </w:r>
      <w:r w:rsidRPr="001F5982">
        <w:rPr>
          <w:rFonts w:ascii="ＭＳ Ｐ明朝" w:eastAsia="ＭＳ Ｐ明朝" w:hAnsi="ＭＳ Ｐ明朝"/>
          <w:sz w:val="20"/>
          <w:lang w:eastAsia="ja-JP"/>
        </w:rPr>
        <w:t>：月1回開催される衛生委員会に出席し、専門的助言を行います。</w:t>
      </w:r>
    </w:p>
    <w:p w14:paraId="042C8A0E" w14:textId="77777777" w:rsidR="00640EBC" w:rsidRPr="001F5982" w:rsidRDefault="00000000">
      <w:pPr>
        <w:spacing w:after="80"/>
        <w:ind w:left="283"/>
        <w:rPr>
          <w:rFonts w:ascii="ＭＳ Ｐ明朝" w:eastAsia="ＭＳ Ｐ明朝" w:hAnsi="ＭＳ Ｐ明朝"/>
          <w:lang w:eastAsia="ja-JP"/>
        </w:rPr>
      </w:pPr>
      <w:r w:rsidRPr="001F5982">
        <w:rPr>
          <w:rFonts w:ascii="ＭＳ Ｐ明朝" w:eastAsia="ＭＳ Ｐ明朝" w:hAnsi="ＭＳ Ｐ明朝"/>
          <w:b/>
          <w:color w:val="8D6A2F"/>
          <w:sz w:val="20"/>
          <w:lang w:eastAsia="ja-JP"/>
        </w:rPr>
        <w:t>・</w:t>
      </w:r>
      <w:r w:rsidRPr="001F5982">
        <w:rPr>
          <w:rFonts w:ascii="ＭＳ Ｐ明朝" w:eastAsia="ＭＳ Ｐ明朝" w:hAnsi="ＭＳ Ｐ明朝"/>
          <w:b/>
          <w:sz w:val="20"/>
          <w:lang w:eastAsia="ja-JP"/>
        </w:rPr>
        <w:t>産業医面談・相談</w:t>
      </w:r>
      <w:r w:rsidRPr="001F5982">
        <w:rPr>
          <w:rFonts w:ascii="ＭＳ Ｐ明朝" w:eastAsia="ＭＳ Ｐ明朝" w:hAnsi="ＭＳ Ｐ明朝"/>
          <w:sz w:val="20"/>
          <w:lang w:eastAsia="ja-JP"/>
        </w:rPr>
        <w:t>：健康上の不安、業務との適合性、復職判定等について、労働者・事業者双方からの相談に対応します。</w:t>
      </w:r>
    </w:p>
    <w:p w14:paraId="3BB8DF34" w14:textId="77777777" w:rsidR="00640EBC" w:rsidRPr="001F5982" w:rsidRDefault="00000000">
      <w:pPr>
        <w:spacing w:after="80"/>
        <w:ind w:left="283"/>
        <w:rPr>
          <w:rFonts w:ascii="ＭＳ Ｐ明朝" w:eastAsia="ＭＳ Ｐ明朝" w:hAnsi="ＭＳ Ｐ明朝"/>
          <w:lang w:eastAsia="ja-JP"/>
        </w:rPr>
      </w:pPr>
      <w:r w:rsidRPr="001F5982">
        <w:rPr>
          <w:rFonts w:ascii="ＭＳ Ｐ明朝" w:eastAsia="ＭＳ Ｐ明朝" w:hAnsi="ＭＳ Ｐ明朝"/>
          <w:b/>
          <w:color w:val="8D6A2F"/>
          <w:sz w:val="20"/>
          <w:lang w:eastAsia="ja-JP"/>
        </w:rPr>
        <w:t>・</w:t>
      </w:r>
      <w:r w:rsidRPr="001F5982">
        <w:rPr>
          <w:rFonts w:ascii="ＭＳ Ｐ明朝" w:eastAsia="ＭＳ Ｐ明朝" w:hAnsi="ＭＳ Ｐ明朝"/>
          <w:b/>
          <w:sz w:val="20"/>
          <w:lang w:eastAsia="ja-JP"/>
        </w:rPr>
        <w:t>ストレスチェックの実施者・面接指導医</w:t>
      </w:r>
      <w:r w:rsidRPr="001F5982">
        <w:rPr>
          <w:rFonts w:ascii="ＭＳ Ｐ明朝" w:eastAsia="ＭＳ Ｐ明朝" w:hAnsi="ＭＳ Ｐ明朝"/>
          <w:sz w:val="20"/>
          <w:lang w:eastAsia="ja-JP"/>
        </w:rPr>
        <w:t>：労働者数50人以上の事業場では、ストレスチェック制度に関する業務を行います。</w:t>
      </w:r>
    </w:p>
    <w:p w14:paraId="3E57967F" w14:textId="77777777" w:rsidR="00640EBC" w:rsidRPr="001F5982" w:rsidRDefault="00000000">
      <w:pPr>
        <w:spacing w:after="80"/>
        <w:ind w:left="283"/>
        <w:rPr>
          <w:rFonts w:ascii="ＭＳ Ｐ明朝" w:eastAsia="ＭＳ Ｐ明朝" w:hAnsi="ＭＳ Ｐ明朝"/>
          <w:lang w:eastAsia="ja-JP"/>
        </w:rPr>
      </w:pPr>
      <w:r w:rsidRPr="001F5982">
        <w:rPr>
          <w:rFonts w:ascii="ＭＳ Ｐ明朝" w:eastAsia="ＭＳ Ｐ明朝" w:hAnsi="ＭＳ Ｐ明朝"/>
          <w:b/>
          <w:color w:val="8D6A2F"/>
          <w:sz w:val="20"/>
          <w:lang w:eastAsia="ja-JP"/>
        </w:rPr>
        <w:t>・</w:t>
      </w:r>
      <w:r w:rsidRPr="001F5982">
        <w:rPr>
          <w:rFonts w:ascii="ＭＳ Ｐ明朝" w:eastAsia="ＭＳ Ｐ明朝" w:hAnsi="ＭＳ Ｐ明朝"/>
          <w:b/>
          <w:sz w:val="20"/>
          <w:lang w:eastAsia="ja-JP"/>
        </w:rPr>
        <w:t>長時間労働者への面接指導</w:t>
      </w:r>
      <w:r w:rsidRPr="001F5982">
        <w:rPr>
          <w:rFonts w:ascii="ＭＳ Ｐ明朝" w:eastAsia="ＭＳ Ｐ明朝" w:hAnsi="ＭＳ Ｐ明朝"/>
          <w:sz w:val="20"/>
          <w:lang w:eastAsia="ja-JP"/>
        </w:rPr>
        <w:t>：時間外・休日労働が月80時間を超え、疲労の蓄積が認められる労働者からの申出に基づき、面接指導を実施します（研究開発業務従事者・高度プロフェッショナル制度対象者は別基準）。</w:t>
      </w:r>
    </w:p>
    <w:p w14:paraId="4135605A" w14:textId="77777777" w:rsidR="00640EBC" w:rsidRPr="001F5982" w:rsidRDefault="00640EBC">
      <w:pPr>
        <w:spacing w:after="240"/>
        <w:rPr>
          <w:rFonts w:ascii="ＭＳ Ｐ明朝" w:eastAsia="ＭＳ Ｐ明朝" w:hAnsi="ＭＳ Ｐ明朝"/>
          <w:lang w:eastAsia="ja-JP"/>
        </w:rPr>
      </w:pPr>
    </w:p>
    <w:p w14:paraId="37BE2AD9" w14:textId="77777777" w:rsidR="00640EBC" w:rsidRPr="001F5982" w:rsidRDefault="00000000">
      <w:pPr>
        <w:spacing w:after="120"/>
        <w:rPr>
          <w:rFonts w:ascii="ＭＳ Ｐ明朝" w:eastAsia="ＭＳ Ｐ明朝" w:hAnsi="ＭＳ Ｐ明朝"/>
          <w:lang w:eastAsia="ja-JP"/>
        </w:rPr>
      </w:pPr>
      <w:r w:rsidRPr="001F5982">
        <w:rPr>
          <w:rFonts w:ascii="ＭＳ Ｐ明朝" w:eastAsia="ＭＳ Ｐ明朝" w:hAnsi="ＭＳ Ｐ明朝"/>
          <w:b/>
          <w:color w:val="1C2735"/>
          <w:sz w:val="24"/>
          <w:lang w:eastAsia="ja-JP"/>
        </w:rPr>
        <w:lastRenderedPageBreak/>
        <w:t>◆　産業医面談をご希望の際は</w:t>
      </w:r>
    </w:p>
    <w:p w14:paraId="157E8B9E" w14:textId="77777777" w:rsidR="00640EBC" w:rsidRPr="001F5982" w:rsidRDefault="00000000">
      <w:pPr>
        <w:spacing w:after="160"/>
        <w:rPr>
          <w:rFonts w:ascii="ＭＳ Ｐ明朝" w:eastAsia="ＭＳ Ｐ明朝" w:hAnsi="ＭＳ Ｐ明朝"/>
          <w:lang w:eastAsia="ja-JP"/>
        </w:rPr>
      </w:pPr>
      <w:r w:rsidRPr="001F5982">
        <w:rPr>
          <w:rFonts w:ascii="ＭＳ Ｐ明朝" w:eastAsia="ＭＳ Ｐ明朝" w:hAnsi="ＭＳ Ｐ明朝"/>
          <w:sz w:val="21"/>
          <w:lang w:eastAsia="ja-JP"/>
        </w:rPr>
        <w:t xml:space="preserve">　産業医面談は、当社の規定により、原則として勤務時間内に、就業規則上の不利益を伴わない形でご利用いただけます。ご希望の際は、〇〇部〇〇までお申し出ください。</w:t>
      </w:r>
    </w:p>
    <w:p w14:paraId="32BEFC7F" w14:textId="77777777" w:rsidR="00640EBC" w:rsidRPr="001F5982" w:rsidRDefault="00000000">
      <w:pPr>
        <w:spacing w:after="240"/>
        <w:rPr>
          <w:rFonts w:ascii="ＭＳ Ｐ明朝" w:eastAsia="ＭＳ Ｐ明朝" w:hAnsi="ＭＳ Ｐ明朝"/>
          <w:lang w:eastAsia="ja-JP"/>
        </w:rPr>
      </w:pPr>
      <w:r w:rsidRPr="001F5982">
        <w:rPr>
          <w:rFonts w:ascii="ＭＳ Ｐ明朝" w:eastAsia="ＭＳ Ｐ明朝" w:hAnsi="ＭＳ Ｐ明朝"/>
          <w:sz w:val="21"/>
          <w:lang w:eastAsia="ja-JP"/>
        </w:rPr>
        <w:t xml:space="preserve">　面談で伴う健康情報については、当該産業医に対し、労働安全衛生法第105条及び刑法第134条に基づく守秘義務が課されています。事業者への報告は、事前にご本人の同意を得たうえで、就業上の措置に必要な範囲に限定して行います。診断名・検査値等の医学的に機微な情報をそのまま事業者へ伝えることはありません。</w:t>
      </w:r>
    </w:p>
    <w:p w14:paraId="63E974A4" w14:textId="77777777" w:rsidR="00640EBC" w:rsidRPr="001F5982" w:rsidRDefault="00000000">
      <w:pPr>
        <w:spacing w:after="120"/>
        <w:rPr>
          <w:rFonts w:ascii="ＭＳ Ｐ明朝" w:eastAsia="ＭＳ Ｐ明朝" w:hAnsi="ＭＳ Ｐ明朝"/>
          <w:lang w:eastAsia="ja-JP"/>
        </w:rPr>
      </w:pPr>
      <w:r w:rsidRPr="001F5982">
        <w:rPr>
          <w:rFonts w:ascii="ＭＳ Ｐ明朝" w:eastAsia="ＭＳ Ｐ明朝" w:hAnsi="ＭＳ Ｐ明朝"/>
          <w:b/>
          <w:color w:val="1C2735"/>
          <w:sz w:val="24"/>
          <w:lang w:eastAsia="ja-JP"/>
        </w:rPr>
        <w:t>◆　健康情報の取扱いについて</w:t>
      </w:r>
    </w:p>
    <w:p w14:paraId="0E2CB5FC" w14:textId="77777777" w:rsidR="00640EBC" w:rsidRPr="001F5982" w:rsidRDefault="00000000">
      <w:pPr>
        <w:spacing w:after="240"/>
        <w:rPr>
          <w:rFonts w:ascii="ＭＳ Ｐ明朝" w:eastAsia="ＭＳ Ｐ明朝" w:hAnsi="ＭＳ Ｐ明朝"/>
          <w:lang w:eastAsia="ja-JP"/>
        </w:rPr>
      </w:pPr>
      <w:r w:rsidRPr="001F5982">
        <w:rPr>
          <w:rFonts w:ascii="ＭＳ Ｐ明朝" w:eastAsia="ＭＳ Ｐ明朝" w:hAnsi="ＭＳ Ｐ明朝"/>
          <w:sz w:val="21"/>
          <w:lang w:eastAsia="ja-JP"/>
        </w:rPr>
        <w:t xml:space="preserve">　産業医が入手した健康情報は、当社の「健康情報等の取扱規程」に従って取り扱い、①取扱う目的と取扱方法をあらかじめご本人にお知らせしたうえで、②就業上の措置の検討に必要な範囲に限定し、③事業者内での共有範囲も必要最小限とする取扱いとしています（労働安全衛生規則第98条の2、労働者の心身の状態に関する情報の適正な取扱いのために事業者が講ずべき措置に関する指針）。</w:t>
      </w:r>
    </w:p>
    <w:p w14:paraId="644E486E" w14:textId="77777777" w:rsidR="00640EBC" w:rsidRPr="001F5982" w:rsidRDefault="00000000">
      <w:pPr>
        <w:rPr>
          <w:rFonts w:ascii="ＭＳ Ｐ明朝" w:eastAsia="ＭＳ Ｐ明朝" w:hAnsi="ＭＳ Ｐ明朝"/>
          <w:lang w:eastAsia="ja-JP"/>
        </w:rPr>
      </w:pPr>
      <w:r w:rsidRPr="001F5982">
        <w:rPr>
          <w:rFonts w:ascii="ＭＳ Ｐ明朝" w:eastAsia="ＭＳ Ｐ明朝" w:hAnsi="ＭＳ Ｐ明朝"/>
          <w:sz w:val="21"/>
          <w:lang w:eastAsia="ja-JP"/>
        </w:rPr>
        <w:t xml:space="preserve">　なお、健康上の悩みや職場環境に関するご相談は、いつでもお気軽にお申し出ください。相談内容は厳格に守秘いたします。</w:t>
      </w:r>
    </w:p>
    <w:p w14:paraId="2A3D9388" w14:textId="77777777" w:rsidR="00640EBC" w:rsidRPr="001F5982" w:rsidRDefault="00000000">
      <w:pPr>
        <w:spacing w:after="400"/>
        <w:rPr>
          <w:rFonts w:ascii="ＭＳ Ｐ明朝" w:eastAsia="ＭＳ Ｐ明朝" w:hAnsi="ＭＳ Ｐ明朝"/>
          <w:lang w:eastAsia="ja-JP"/>
        </w:rPr>
      </w:pPr>
      <w:r w:rsidRPr="001F5982">
        <w:rPr>
          <w:rFonts w:ascii="ＭＳ Ｐ明朝" w:eastAsia="ＭＳ Ｐ明朝" w:hAnsi="ＭＳ Ｐ明朝"/>
          <w:color w:val="5A56A0"/>
          <w:sz w:val="19"/>
          <w:lang w:eastAsia="ja-JP"/>
        </w:rPr>
        <w:t>※　本面談及び産業医の対応は、臨床の救急対応や診療を目的とするものではありません。直ちに生命・身体に危険が及ぶ事態のときは、まず119番への通報や救急機関への受診をご判断ください。</w:t>
      </w:r>
    </w:p>
    <w:p w14:paraId="17518DA5" w14:textId="77777777" w:rsidR="00640EBC" w:rsidRPr="001F5982" w:rsidRDefault="00000000">
      <w:pPr>
        <w:jc w:val="right"/>
        <w:rPr>
          <w:rFonts w:ascii="ＭＳ Ｐ明朝" w:eastAsia="ＭＳ Ｐ明朝" w:hAnsi="ＭＳ Ｐ明朝"/>
        </w:rPr>
      </w:pPr>
      <w:proofErr w:type="spellStart"/>
      <w:r w:rsidRPr="001F5982">
        <w:rPr>
          <w:rFonts w:ascii="ＭＳ Ｐ明朝" w:eastAsia="ＭＳ Ｐ明朝" w:hAnsi="ＭＳ Ｐ明朝"/>
          <w:sz w:val="21"/>
        </w:rPr>
        <w:t>以上</w:t>
      </w:r>
      <w:proofErr w:type="spellEnd"/>
    </w:p>
    <w:sectPr w:rsidR="00640EBC" w:rsidRPr="001F5982" w:rsidSect="00034616">
      <w:pgSz w:w="11906" w:h="16838"/>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ＭＳ 明朝">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ＭＳ Ｐ明朝">
    <w:panose1 w:val="02020600040205080304"/>
    <w:charset w:val="80"/>
    <w:family w:val="roman"/>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775394338">
    <w:abstractNumId w:val="8"/>
  </w:num>
  <w:num w:numId="2" w16cid:durableId="1972662844">
    <w:abstractNumId w:val="6"/>
  </w:num>
  <w:num w:numId="3" w16cid:durableId="1159690695">
    <w:abstractNumId w:val="5"/>
  </w:num>
  <w:num w:numId="4" w16cid:durableId="1093863131">
    <w:abstractNumId w:val="4"/>
  </w:num>
  <w:num w:numId="5" w16cid:durableId="854153692">
    <w:abstractNumId w:val="7"/>
  </w:num>
  <w:num w:numId="6" w16cid:durableId="294797142">
    <w:abstractNumId w:val="3"/>
  </w:num>
  <w:num w:numId="7" w16cid:durableId="1109741896">
    <w:abstractNumId w:val="2"/>
  </w:num>
  <w:num w:numId="8" w16cid:durableId="1416167551">
    <w:abstractNumId w:val="1"/>
  </w:num>
  <w:num w:numId="9" w16cid:durableId="18691221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F5982"/>
    <w:rsid w:val="0029639D"/>
    <w:rsid w:val="00326F90"/>
    <w:rsid w:val="00640EBC"/>
    <w:rsid w:val="006F75A7"/>
    <w:rsid w:val="00AA1D8D"/>
    <w:rsid w:val="00B47730"/>
    <w:rsid w:val="00CB0664"/>
    <w:rsid w:val="00D1524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0E0FA5ED"/>
  <w14:defaultImageDpi w14:val="300"/>
  <w15:docId w15:val="{F4E9BD91-9EF7-9441-B1C0-E8324BB71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219</Words>
  <Characters>1254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中村 一</cp:lastModifiedBy>
  <cp:revision>3</cp:revision>
  <cp:lastPrinted>2026-08-14T06:09:00Z</cp:lastPrinted>
  <dcterms:created xsi:type="dcterms:W3CDTF">2026-08-14T06:09:00Z</dcterms:created>
  <dcterms:modified xsi:type="dcterms:W3CDTF">2026-08-14T06:10:00Z</dcterms:modified>
  <cp:category/>
</cp:coreProperties>
</file>