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97A0AC" w14:textId="631131C4" w:rsidR="007854D2" w:rsidRPr="00076C6F" w:rsidRDefault="00000000">
      <w:pPr>
        <w:spacing w:after="60"/>
        <w:jc w:val="center"/>
        <w:rPr>
          <w:rFonts w:ascii="ＭＳ Ｐ明朝" w:eastAsia="ＭＳ Ｐ明朝" w:hAnsi="ＭＳ Ｐ明朝"/>
          <w:sz w:val="24"/>
          <w:szCs w:val="24"/>
          <w:lang w:eastAsia="ja-JP"/>
        </w:rPr>
      </w:pPr>
      <w:r w:rsidRPr="00076C6F">
        <w:rPr>
          <w:rFonts w:ascii="ＭＳ Ｐ明朝" w:eastAsia="ＭＳ Ｐ明朝" w:hAnsi="ＭＳ Ｐ明朝"/>
          <w:b/>
          <w:color w:val="000000"/>
          <w:sz w:val="32"/>
          <w:szCs w:val="24"/>
          <w:lang w:eastAsia="ja-JP"/>
        </w:rPr>
        <w:t>産業医面談</w:t>
      </w:r>
      <w:r w:rsidR="00076C6F">
        <w:rPr>
          <w:rFonts w:ascii="ＭＳ Ｐ明朝" w:eastAsia="ＭＳ Ｐ明朝" w:hAnsi="ＭＳ Ｐ明朝"/>
          <w:b/>
          <w:color w:val="000000"/>
          <w:sz w:val="32"/>
          <w:szCs w:val="24"/>
          <w:lang w:eastAsia="ja-JP"/>
        </w:rPr>
        <w:t xml:space="preserve"> </w:t>
      </w:r>
      <w:r w:rsidRPr="00076C6F">
        <w:rPr>
          <w:rFonts w:ascii="ＭＳ Ｐ明朝" w:eastAsia="ＭＳ Ｐ明朝" w:hAnsi="ＭＳ Ｐ明朝"/>
          <w:b/>
          <w:color w:val="000000"/>
          <w:sz w:val="32"/>
          <w:szCs w:val="24"/>
          <w:lang w:eastAsia="ja-JP"/>
        </w:rPr>
        <w:t>事前問診シート</w:t>
      </w:r>
    </w:p>
    <w:p w14:paraId="58B26156" w14:textId="77777777" w:rsidR="00076C6F" w:rsidRPr="00076C6F" w:rsidRDefault="00076C6F">
      <w:pPr>
        <w:spacing w:after="100" w:line="300" w:lineRule="auto"/>
        <w:rPr>
          <w:rFonts w:ascii="ＭＳ Ｐ明朝" w:eastAsia="ＭＳ Ｐ明朝" w:hAnsi="ＭＳ Ｐ明朝"/>
          <w:color w:val="000000"/>
          <w:sz w:val="18"/>
          <w:szCs w:val="24"/>
          <w:lang w:eastAsia="ja-JP"/>
        </w:rPr>
      </w:pPr>
    </w:p>
    <w:p w14:paraId="7D954198" w14:textId="1718BC6E" w:rsidR="00076C6F" w:rsidRPr="00076C6F" w:rsidRDefault="00000000">
      <w:pPr>
        <w:spacing w:after="100" w:line="300" w:lineRule="auto"/>
        <w:rPr>
          <w:rFonts w:ascii="ＭＳ Ｐ明朝" w:eastAsia="ＭＳ Ｐ明朝" w:hAnsi="ＭＳ Ｐ明朝" w:hint="eastAsia"/>
          <w:color w:val="000000"/>
          <w:sz w:val="18"/>
          <w:szCs w:val="24"/>
          <w:lang w:eastAsia="ja-JP"/>
        </w:rPr>
      </w:pPr>
      <w:r w:rsidRPr="00076C6F">
        <w:rPr>
          <w:rFonts w:ascii="ＭＳ Ｐ明朝" w:eastAsia="ＭＳ Ｐ明朝" w:hAnsi="ＭＳ Ｐ明朝"/>
          <w:color w:val="000000"/>
          <w:sz w:val="18"/>
          <w:szCs w:val="24"/>
          <w:lang w:eastAsia="ja-JP"/>
        </w:rPr>
        <w:t>面談を有効に行うため、事前のご記入をお願いいたします。記載内容がそのまま会社へ提供されることはなく、空欄のままでも構いません。急を要する症状があるときは、直ちに医療機関を受診してください。</w:t>
      </w:r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3402"/>
        <w:gridCol w:w="1531"/>
        <w:gridCol w:w="3855"/>
      </w:tblGrid>
      <w:tr w:rsidR="007854D2" w:rsidRPr="00076C6F" w14:paraId="7ADAEFFD" w14:textId="77777777">
        <w:trPr>
          <w:jc w:val="center"/>
        </w:trPr>
        <w:tc>
          <w:tcPr>
            <w:tcW w:w="1644" w:type="dxa"/>
            <w:shd w:val="clear" w:color="auto" w:fill="EDEDED"/>
          </w:tcPr>
          <w:p w14:paraId="4C86BC64" w14:textId="77777777" w:rsidR="007854D2" w:rsidRPr="00076C6F" w:rsidRDefault="0000000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記入日</w:t>
            </w:r>
            <w:proofErr w:type="spellEnd"/>
          </w:p>
        </w:tc>
        <w:tc>
          <w:tcPr>
            <w:tcW w:w="3402" w:type="dxa"/>
          </w:tcPr>
          <w:p w14:paraId="67F63473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>令和　　年　　月　　日</w:t>
            </w:r>
          </w:p>
        </w:tc>
        <w:tc>
          <w:tcPr>
            <w:tcW w:w="1531" w:type="dxa"/>
            <w:shd w:val="clear" w:color="auto" w:fill="EDEDED"/>
          </w:tcPr>
          <w:p w14:paraId="6B46FDBC" w14:textId="77777777" w:rsidR="007854D2" w:rsidRPr="00076C6F" w:rsidRDefault="0000000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所属部署</w:t>
            </w:r>
          </w:p>
        </w:tc>
        <w:tc>
          <w:tcPr>
            <w:tcW w:w="3855" w:type="dxa"/>
          </w:tcPr>
          <w:p w14:paraId="1D810CF6" w14:textId="77777777" w:rsidR="007854D2" w:rsidRPr="00076C6F" w:rsidRDefault="007854D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54D2" w:rsidRPr="00076C6F" w14:paraId="138ED30C" w14:textId="77777777">
        <w:trPr>
          <w:jc w:val="center"/>
        </w:trPr>
        <w:tc>
          <w:tcPr>
            <w:tcW w:w="1644" w:type="dxa"/>
            <w:shd w:val="clear" w:color="auto" w:fill="EDEDED"/>
          </w:tcPr>
          <w:p w14:paraId="3C35A6B6" w14:textId="77777777" w:rsidR="007854D2" w:rsidRPr="00076C6F" w:rsidRDefault="0000000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氏名（ふりがな）</w:t>
            </w:r>
          </w:p>
        </w:tc>
        <w:tc>
          <w:tcPr>
            <w:tcW w:w="3402" w:type="dxa"/>
          </w:tcPr>
          <w:p w14:paraId="714959DF" w14:textId="77777777" w:rsidR="007854D2" w:rsidRPr="00076C6F" w:rsidRDefault="007854D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EDEDED"/>
          </w:tcPr>
          <w:p w14:paraId="2609C456" w14:textId="77777777" w:rsidR="007854D2" w:rsidRPr="00076C6F" w:rsidRDefault="0000000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年齢・性別</w:t>
            </w:r>
          </w:p>
        </w:tc>
        <w:tc>
          <w:tcPr>
            <w:tcW w:w="3855" w:type="dxa"/>
          </w:tcPr>
          <w:p w14:paraId="5FBDE88A" w14:textId="6B22CDAF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 xml:space="preserve">　　　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 xml:space="preserve">　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 xml:space="preserve">歳　／　　　　</w:t>
            </w:r>
          </w:p>
        </w:tc>
      </w:tr>
      <w:tr w:rsidR="007854D2" w:rsidRPr="00076C6F" w14:paraId="05EC11B1" w14:textId="77777777">
        <w:trPr>
          <w:jc w:val="center"/>
        </w:trPr>
        <w:tc>
          <w:tcPr>
            <w:tcW w:w="1644" w:type="dxa"/>
            <w:shd w:val="clear" w:color="auto" w:fill="EDEDED"/>
          </w:tcPr>
          <w:p w14:paraId="69432FD3" w14:textId="77777777" w:rsidR="007854D2" w:rsidRPr="00076C6F" w:rsidRDefault="0000000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  <w:lang w:eastAsia="ja-JP"/>
              </w:rPr>
              <w:t>現在の職種・担当業務</w:t>
            </w:r>
          </w:p>
        </w:tc>
        <w:tc>
          <w:tcPr>
            <w:tcW w:w="3402" w:type="dxa"/>
          </w:tcPr>
          <w:p w14:paraId="518EA1E5" w14:textId="77777777" w:rsidR="007854D2" w:rsidRPr="00076C6F" w:rsidRDefault="007854D2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</w:p>
        </w:tc>
        <w:tc>
          <w:tcPr>
            <w:tcW w:w="1531" w:type="dxa"/>
            <w:shd w:val="clear" w:color="auto" w:fill="EDEDED"/>
          </w:tcPr>
          <w:p w14:paraId="67E5ABC6" w14:textId="77777777" w:rsidR="007854D2" w:rsidRPr="00076C6F" w:rsidRDefault="0000000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勤続年数</w:t>
            </w:r>
            <w:proofErr w:type="spellEnd"/>
          </w:p>
        </w:tc>
        <w:tc>
          <w:tcPr>
            <w:tcW w:w="3855" w:type="dxa"/>
          </w:tcPr>
          <w:p w14:paraId="70FBC61C" w14:textId="0BDD2171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　　　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 xml:space="preserve">　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年　　　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 xml:space="preserve">　</w:t>
            </w:r>
            <w:proofErr w:type="gramStart"/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か</w:t>
            </w:r>
            <w:proofErr w:type="gramEnd"/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月</w:t>
            </w:r>
          </w:p>
        </w:tc>
      </w:tr>
    </w:tbl>
    <w:p w14:paraId="4C6F6DF8" w14:textId="77777777" w:rsidR="007854D2" w:rsidRPr="00076C6F" w:rsidRDefault="007854D2">
      <w:pPr>
        <w:spacing w:after="0"/>
        <w:rPr>
          <w:rFonts w:ascii="ＭＳ Ｐ明朝" w:eastAsia="ＭＳ Ｐ明朝" w:hAnsi="ＭＳ Ｐ明朝"/>
          <w:sz w:val="24"/>
          <w:szCs w:val="24"/>
          <w:lang w:eastAsia="ja-JP"/>
        </w:rPr>
      </w:pPr>
    </w:p>
    <w:p w14:paraId="69DAA58C" w14:textId="77777777" w:rsidR="007854D2" w:rsidRPr="00076C6F" w:rsidRDefault="00000000">
      <w:pPr>
        <w:spacing w:after="20"/>
        <w:rPr>
          <w:rFonts w:ascii="ＭＳ Ｐ明朝" w:eastAsia="ＭＳ Ｐ明朝" w:hAnsi="ＭＳ Ｐ明朝"/>
          <w:sz w:val="24"/>
          <w:szCs w:val="24"/>
        </w:rPr>
      </w:pPr>
      <w:r w:rsidRPr="00076C6F">
        <w:rPr>
          <w:rFonts w:ascii="ＭＳ Ｐ明朝" w:eastAsia="ＭＳ Ｐ明朝" w:hAnsi="ＭＳ Ｐ明朝"/>
          <w:b/>
          <w:color w:val="000000"/>
          <w:sz w:val="20"/>
          <w:szCs w:val="24"/>
        </w:rPr>
        <w:t xml:space="preserve">１　</w:t>
      </w:r>
      <w:proofErr w:type="spellStart"/>
      <w:r w:rsidRPr="00076C6F">
        <w:rPr>
          <w:rFonts w:ascii="ＭＳ Ｐ明朝" w:eastAsia="ＭＳ Ｐ明朝" w:hAnsi="ＭＳ Ｐ明朝"/>
          <w:b/>
          <w:color w:val="000000"/>
          <w:sz w:val="20"/>
          <w:szCs w:val="24"/>
        </w:rPr>
        <w:t>今回の面談について</w:t>
      </w:r>
      <w:proofErr w:type="spellEnd"/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75"/>
        <w:gridCol w:w="3475"/>
        <w:gridCol w:w="3481"/>
      </w:tblGrid>
      <w:tr w:rsidR="007854D2" w:rsidRPr="00076C6F" w14:paraId="78935640" w14:textId="77777777">
        <w:trPr>
          <w:jc w:val="center"/>
        </w:trPr>
        <w:tc>
          <w:tcPr>
            <w:tcW w:w="3475" w:type="dxa"/>
          </w:tcPr>
          <w:p w14:paraId="040DDFA1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 xml:space="preserve">□　</w:t>
            </w:r>
            <w:proofErr w:type="spellStart"/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>健康診断の結果</w:t>
            </w:r>
            <w:proofErr w:type="spellEnd"/>
          </w:p>
        </w:tc>
        <w:tc>
          <w:tcPr>
            <w:tcW w:w="3475" w:type="dxa"/>
          </w:tcPr>
          <w:p w14:paraId="2348C8F4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>□　長時間労働</w:t>
            </w:r>
          </w:p>
        </w:tc>
        <w:tc>
          <w:tcPr>
            <w:tcW w:w="3481" w:type="dxa"/>
          </w:tcPr>
          <w:p w14:paraId="3A520B96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ストレスチェックの結果</w:t>
            </w:r>
          </w:p>
        </w:tc>
      </w:tr>
      <w:tr w:rsidR="007854D2" w:rsidRPr="00076C6F" w14:paraId="5509C35F" w14:textId="77777777">
        <w:trPr>
          <w:jc w:val="center"/>
        </w:trPr>
        <w:tc>
          <w:tcPr>
            <w:tcW w:w="3475" w:type="dxa"/>
          </w:tcPr>
          <w:p w14:paraId="4760D082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bookmarkStart w:id="0" w:name="OLE_LINK1"/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 xml:space="preserve">□　</w:t>
            </w:r>
            <w:proofErr w:type="spellStart"/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>休職又は復職</w:t>
            </w:r>
            <w:bookmarkEnd w:id="0"/>
            <w:proofErr w:type="spellEnd"/>
          </w:p>
        </w:tc>
        <w:tc>
          <w:tcPr>
            <w:tcW w:w="3475" w:type="dxa"/>
          </w:tcPr>
          <w:p w14:paraId="682BDD6C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こころの健康・睡眠</w:t>
            </w:r>
          </w:p>
        </w:tc>
        <w:tc>
          <w:tcPr>
            <w:tcW w:w="3481" w:type="dxa"/>
          </w:tcPr>
          <w:p w14:paraId="75DA5C09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自身の希望による相談</w:t>
            </w:r>
          </w:p>
        </w:tc>
      </w:tr>
      <w:tr w:rsidR="00076C6F" w:rsidRPr="00076C6F" w14:paraId="727B3DE3" w14:textId="77777777" w:rsidTr="00076C6F">
        <w:trPr>
          <w:trHeight w:val="664"/>
          <w:jc w:val="center"/>
        </w:trPr>
        <w:tc>
          <w:tcPr>
            <w:tcW w:w="10431" w:type="dxa"/>
            <w:gridSpan w:val="3"/>
          </w:tcPr>
          <w:p w14:paraId="45AF55CC" w14:textId="71ADEBC0" w:rsidR="00076C6F" w:rsidRPr="00076C6F" w:rsidRDefault="00076C6F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  <w:bookmarkStart w:id="1" w:name="OLE_LINK2"/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 xml:space="preserve">□　</w:t>
            </w:r>
            <w:r w:rsidRP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>その他：</w:t>
            </w:r>
            <w:bookmarkEnd w:id="1"/>
          </w:p>
        </w:tc>
      </w:tr>
    </w:tbl>
    <w:p w14:paraId="10E1B443" w14:textId="77777777" w:rsidR="00076C6F" w:rsidRPr="00076C6F" w:rsidRDefault="00076C6F">
      <w:pPr>
        <w:spacing w:after="0"/>
        <w:rPr>
          <w:rFonts w:ascii="ＭＳ Ｐ明朝" w:eastAsia="ＭＳ Ｐ明朝" w:hAnsi="ＭＳ Ｐ明朝" w:hint="eastAsia"/>
          <w:sz w:val="24"/>
          <w:szCs w:val="24"/>
          <w:lang w:eastAsia="ja-JP"/>
        </w:rPr>
      </w:pPr>
    </w:p>
    <w:p w14:paraId="73E138CF" w14:textId="77777777" w:rsidR="007854D2" w:rsidRPr="00076C6F" w:rsidRDefault="00000000">
      <w:pPr>
        <w:spacing w:after="20"/>
        <w:rPr>
          <w:rFonts w:ascii="ＭＳ Ｐ明朝" w:eastAsia="ＭＳ Ｐ明朝" w:hAnsi="ＭＳ Ｐ明朝"/>
          <w:sz w:val="24"/>
          <w:szCs w:val="24"/>
        </w:rPr>
      </w:pPr>
      <w:r w:rsidRPr="00076C6F">
        <w:rPr>
          <w:rFonts w:ascii="ＭＳ Ｐ明朝" w:eastAsia="ＭＳ Ｐ明朝" w:hAnsi="ＭＳ Ｐ明朝"/>
          <w:b/>
          <w:color w:val="000000"/>
          <w:sz w:val="20"/>
          <w:szCs w:val="24"/>
        </w:rPr>
        <w:t xml:space="preserve">２　</w:t>
      </w:r>
      <w:proofErr w:type="spellStart"/>
      <w:r w:rsidRPr="00076C6F">
        <w:rPr>
          <w:rFonts w:ascii="ＭＳ Ｐ明朝" w:eastAsia="ＭＳ Ｐ明朝" w:hAnsi="ＭＳ Ｐ明朝"/>
          <w:b/>
          <w:color w:val="000000"/>
          <w:sz w:val="20"/>
          <w:szCs w:val="24"/>
        </w:rPr>
        <w:t>現在の体調</w:t>
      </w:r>
      <w:proofErr w:type="spellEnd"/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61"/>
      </w:tblGrid>
      <w:tr w:rsidR="007854D2" w:rsidRPr="00076C6F" w14:paraId="511F07E2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224D432E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気になる症状・不調</w:t>
            </w:r>
          </w:p>
        </w:tc>
        <w:tc>
          <w:tcPr>
            <w:tcW w:w="8561" w:type="dxa"/>
          </w:tcPr>
          <w:p w14:paraId="49488226" w14:textId="77777777" w:rsidR="00076C6F" w:rsidRPr="00076C6F" w:rsidRDefault="00076C6F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</w:p>
          <w:p w14:paraId="442C5CEE" w14:textId="77777777" w:rsidR="00076C6F" w:rsidRPr="00076C6F" w:rsidRDefault="00076C6F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</w:p>
          <w:p w14:paraId="182DA160" w14:textId="77777777" w:rsidR="00076C6F" w:rsidRPr="00076C6F" w:rsidRDefault="00076C6F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</w:p>
          <w:p w14:paraId="0916F76F" w14:textId="74F5E3B6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（例：頭痛、めまい、動悸、腹部症状、痛み、疲れやすさ等）</w:t>
            </w:r>
          </w:p>
        </w:tc>
      </w:tr>
      <w:tr w:rsidR="007854D2" w:rsidRPr="00076C6F" w14:paraId="1D666F7A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2E7E4989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いつ頃からですか</w:t>
            </w:r>
            <w:proofErr w:type="spellEnd"/>
          </w:p>
        </w:tc>
        <w:tc>
          <w:tcPr>
            <w:tcW w:w="8561" w:type="dxa"/>
          </w:tcPr>
          <w:p w14:paraId="3DD7DDD8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　　　年　　　月頃から　／　□　変わらない　□　改善傾向　□　悪化傾向</w:t>
            </w:r>
          </w:p>
        </w:tc>
      </w:tr>
      <w:tr w:rsidR="007854D2" w:rsidRPr="00076C6F" w14:paraId="355DE9F6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7DCF6426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睡眠・食欲</w:t>
            </w:r>
            <w:proofErr w:type="spellEnd"/>
          </w:p>
        </w:tc>
        <w:tc>
          <w:tcPr>
            <w:tcW w:w="8561" w:type="dxa"/>
          </w:tcPr>
          <w:p w14:paraId="1841F4ED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就床　　時頃　起床　　時頃　／　□　寝つきが悪い　□　途中で目が覚める　□　特に問題はない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br/>
              <w:t>体重　□　変化なし　□　増えた（約　　kg）　□　減った（約　　kg）</w:t>
            </w:r>
          </w:p>
        </w:tc>
      </w:tr>
    </w:tbl>
    <w:p w14:paraId="6EE54F3E" w14:textId="77777777" w:rsidR="007854D2" w:rsidRPr="00076C6F" w:rsidRDefault="007854D2">
      <w:pPr>
        <w:spacing w:after="0"/>
        <w:rPr>
          <w:rFonts w:ascii="ＭＳ Ｐ明朝" w:eastAsia="ＭＳ Ｐ明朝" w:hAnsi="ＭＳ Ｐ明朝"/>
          <w:sz w:val="24"/>
          <w:szCs w:val="24"/>
          <w:lang w:eastAsia="ja-JP"/>
        </w:rPr>
      </w:pPr>
    </w:p>
    <w:p w14:paraId="6E1DE54C" w14:textId="77777777" w:rsidR="007854D2" w:rsidRPr="00076C6F" w:rsidRDefault="00000000">
      <w:pPr>
        <w:spacing w:after="20"/>
        <w:rPr>
          <w:rFonts w:ascii="ＭＳ Ｐ明朝" w:eastAsia="ＭＳ Ｐ明朝" w:hAnsi="ＭＳ Ｐ明朝"/>
          <w:sz w:val="24"/>
          <w:szCs w:val="24"/>
        </w:rPr>
      </w:pPr>
      <w:r w:rsidRPr="00076C6F">
        <w:rPr>
          <w:rFonts w:ascii="ＭＳ Ｐ明朝" w:eastAsia="ＭＳ Ｐ明朝" w:hAnsi="ＭＳ Ｐ明朝"/>
          <w:b/>
          <w:color w:val="000000"/>
          <w:sz w:val="20"/>
          <w:szCs w:val="24"/>
        </w:rPr>
        <w:t xml:space="preserve">３　</w:t>
      </w:r>
      <w:proofErr w:type="spellStart"/>
      <w:r w:rsidRPr="00076C6F">
        <w:rPr>
          <w:rFonts w:ascii="ＭＳ Ｐ明朝" w:eastAsia="ＭＳ Ｐ明朝" w:hAnsi="ＭＳ Ｐ明朝"/>
          <w:b/>
          <w:color w:val="000000"/>
          <w:sz w:val="20"/>
          <w:szCs w:val="24"/>
        </w:rPr>
        <w:t>業務と職場の状況</w:t>
      </w:r>
      <w:proofErr w:type="spellEnd"/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8361"/>
      </w:tblGrid>
      <w:tr w:rsidR="007854D2" w:rsidRPr="00076C6F" w14:paraId="7E65A7E4" w14:textId="77777777" w:rsidTr="00076C6F">
        <w:trPr>
          <w:jc w:val="center"/>
        </w:trPr>
        <w:tc>
          <w:tcPr>
            <w:tcW w:w="2128" w:type="dxa"/>
            <w:shd w:val="clear" w:color="auto" w:fill="EDEDED"/>
          </w:tcPr>
          <w:p w14:paraId="0BF2847B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  <w:lang w:eastAsia="ja-JP"/>
              </w:rPr>
              <w:t>直近1か月の時間外労働</w:t>
            </w:r>
          </w:p>
        </w:tc>
        <w:tc>
          <w:tcPr>
            <w:tcW w:w="8361" w:type="dxa"/>
          </w:tcPr>
          <w:p w14:paraId="71D11D80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おおむね　　　時間　／　□　把握していない</w:t>
            </w:r>
          </w:p>
        </w:tc>
      </w:tr>
      <w:tr w:rsidR="007854D2" w:rsidRPr="00076C6F" w14:paraId="67273733" w14:textId="77777777" w:rsidTr="00076C6F">
        <w:trPr>
          <w:jc w:val="center"/>
        </w:trPr>
        <w:tc>
          <w:tcPr>
            <w:tcW w:w="2128" w:type="dxa"/>
            <w:shd w:val="clear" w:color="auto" w:fill="EDEDED"/>
          </w:tcPr>
          <w:p w14:paraId="1CE6C15A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勤務の形態</w:t>
            </w:r>
            <w:proofErr w:type="spellEnd"/>
          </w:p>
        </w:tc>
        <w:tc>
          <w:tcPr>
            <w:tcW w:w="8361" w:type="dxa"/>
          </w:tcPr>
          <w:p w14:paraId="5B946658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日勤のみ　□　交替制　□　夜勤あり　□　在宅勤務あり　□　出張が多い　□　運転業務あり</w:t>
            </w:r>
          </w:p>
        </w:tc>
      </w:tr>
      <w:tr w:rsidR="007854D2" w:rsidRPr="00076C6F" w14:paraId="1E0EAF9B" w14:textId="77777777" w:rsidTr="00076C6F">
        <w:trPr>
          <w:jc w:val="center"/>
        </w:trPr>
        <w:tc>
          <w:tcPr>
            <w:tcW w:w="2128" w:type="dxa"/>
            <w:shd w:val="clear" w:color="auto" w:fill="EDEDED"/>
          </w:tcPr>
          <w:p w14:paraId="667D9BAE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業務量・支障の有無</w:t>
            </w:r>
            <w:proofErr w:type="spellEnd"/>
          </w:p>
        </w:tc>
        <w:tc>
          <w:tcPr>
            <w:tcW w:w="8361" w:type="dxa"/>
          </w:tcPr>
          <w:p w14:paraId="0D8D9CF7" w14:textId="1AA6D30F" w:rsidR="00076C6F" w:rsidRDefault="00000000">
            <w:pPr>
              <w:pBdr>
                <w:bottom w:val="single" w:sz="6" w:space="1" w:color="auto"/>
              </w:pBd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業務量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>：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　□　多すぎる　□　やや多い　□　適当　／　責任・裁量　□　重い　□　適当　□　乏しい</w:t>
            </w:r>
          </w:p>
          <w:p w14:paraId="7BCA6196" w14:textId="6E4975EB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支障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>：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　□　特にない　□　集中が続かない　□　ミスが増えた　□　時間がかかる　□　その他（　　　　）</w:t>
            </w:r>
          </w:p>
        </w:tc>
      </w:tr>
    </w:tbl>
    <w:p w14:paraId="34738761" w14:textId="77777777" w:rsidR="007854D2" w:rsidRPr="00076C6F" w:rsidRDefault="007854D2">
      <w:pPr>
        <w:spacing w:after="0"/>
        <w:rPr>
          <w:rFonts w:ascii="ＭＳ Ｐ明朝" w:eastAsia="ＭＳ Ｐ明朝" w:hAnsi="ＭＳ Ｐ明朝"/>
          <w:sz w:val="24"/>
          <w:szCs w:val="24"/>
          <w:lang w:eastAsia="ja-JP"/>
        </w:rPr>
      </w:pPr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61"/>
      </w:tblGrid>
      <w:tr w:rsidR="007854D2" w:rsidRPr="00076C6F" w14:paraId="4CF2595E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4F1D654F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相談できる相手</w:t>
            </w:r>
            <w:proofErr w:type="spellEnd"/>
          </w:p>
        </w:tc>
        <w:tc>
          <w:tcPr>
            <w:tcW w:w="8561" w:type="dxa"/>
          </w:tcPr>
          <w:p w14:paraId="35C47612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上司　□　同僚　□　人事・総務　□　家族　□　主治医　□　相談できる相手がいない</w:t>
            </w:r>
          </w:p>
        </w:tc>
      </w:tr>
      <w:tr w:rsidR="007854D2" w:rsidRPr="00076C6F" w14:paraId="074CF978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085B5A45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気になっていること</w:t>
            </w:r>
            <w:proofErr w:type="spellEnd"/>
          </w:p>
        </w:tc>
        <w:tc>
          <w:tcPr>
            <w:tcW w:w="8561" w:type="dxa"/>
          </w:tcPr>
          <w:p w14:paraId="414657EE" w14:textId="77777777" w:rsidR="007854D2" w:rsidRDefault="00000000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特にない　□　業務の分担　□　人間関係　□　評価・処遇　□　勤務時間　□　作業環境（暑熱・騒音等）</w:t>
            </w:r>
          </w:p>
          <w:p w14:paraId="3B75138E" w14:textId="77777777" w:rsidR="00076C6F" w:rsidRDefault="00076C6F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</w:rPr>
              <w:t xml:space="preserve">□　</w:t>
            </w:r>
            <w:r w:rsidRP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>その他：</w:t>
            </w:r>
          </w:p>
          <w:p w14:paraId="4F56D20F" w14:textId="77777777" w:rsidR="00076C6F" w:rsidRDefault="00076C6F">
            <w:pPr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</w:pPr>
          </w:p>
          <w:p w14:paraId="33A2CADB" w14:textId="3105D934" w:rsidR="00076C6F" w:rsidRPr="00076C6F" w:rsidRDefault="00076C6F">
            <w:pPr>
              <w:rPr>
                <w:rFonts w:ascii="ＭＳ Ｐ明朝" w:eastAsia="ＭＳ Ｐ明朝" w:hAnsi="ＭＳ Ｐ明朝" w:hint="eastAsia"/>
                <w:sz w:val="24"/>
                <w:szCs w:val="24"/>
                <w:lang w:eastAsia="ja-JP"/>
              </w:rPr>
            </w:pPr>
          </w:p>
        </w:tc>
      </w:tr>
    </w:tbl>
    <w:p w14:paraId="2F0B3621" w14:textId="77777777" w:rsidR="007854D2" w:rsidRPr="00076C6F" w:rsidRDefault="007854D2">
      <w:pPr>
        <w:spacing w:after="0"/>
        <w:rPr>
          <w:rFonts w:ascii="ＭＳ Ｐ明朝" w:eastAsia="ＭＳ Ｐ明朝" w:hAnsi="ＭＳ Ｐ明朝"/>
          <w:sz w:val="24"/>
          <w:szCs w:val="24"/>
          <w:lang w:eastAsia="ja-JP"/>
        </w:rPr>
      </w:pPr>
    </w:p>
    <w:p w14:paraId="5C28590B" w14:textId="77777777" w:rsidR="007854D2" w:rsidRPr="00076C6F" w:rsidRDefault="00000000">
      <w:pPr>
        <w:spacing w:after="20"/>
        <w:rPr>
          <w:rFonts w:ascii="ＭＳ Ｐ明朝" w:eastAsia="ＭＳ Ｐ明朝" w:hAnsi="ＭＳ Ｐ明朝"/>
          <w:sz w:val="24"/>
          <w:szCs w:val="24"/>
          <w:lang w:eastAsia="ja-JP"/>
        </w:rPr>
      </w:pPr>
      <w:r w:rsidRPr="00076C6F">
        <w:rPr>
          <w:rFonts w:ascii="ＭＳ Ｐ明朝" w:eastAsia="ＭＳ Ｐ明朝" w:hAnsi="ＭＳ Ｐ明朝"/>
          <w:b/>
          <w:color w:val="000000"/>
          <w:sz w:val="20"/>
          <w:szCs w:val="24"/>
          <w:lang w:eastAsia="ja-JP"/>
        </w:rPr>
        <w:t>４　医療機関の受診状況</w:t>
      </w:r>
    </w:p>
    <w:p w14:paraId="12ECD8A9" w14:textId="77777777" w:rsidR="007854D2" w:rsidRPr="00076C6F" w:rsidRDefault="00000000">
      <w:pPr>
        <w:spacing w:after="40"/>
        <w:rPr>
          <w:rFonts w:ascii="ＭＳ Ｐ明朝" w:eastAsia="ＭＳ Ｐ明朝" w:hAnsi="ＭＳ Ｐ明朝"/>
          <w:sz w:val="24"/>
          <w:szCs w:val="24"/>
          <w:lang w:eastAsia="ja-JP"/>
        </w:rPr>
      </w:pPr>
      <w:r w:rsidRPr="00076C6F">
        <w:rPr>
          <w:rFonts w:ascii="ＭＳ Ｐ明朝" w:eastAsia="ＭＳ Ｐ明朝" w:hAnsi="ＭＳ Ｐ明朝"/>
          <w:color w:val="000000"/>
          <w:sz w:val="18"/>
          <w:szCs w:val="24"/>
          <w:lang w:eastAsia="ja-JP"/>
        </w:rPr>
        <w:t>差し支えのない範囲でご記入ください。就業上の配慮を検討するために伺うものです。</w:t>
      </w:r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61"/>
      </w:tblGrid>
      <w:tr w:rsidR="007854D2" w:rsidRPr="00076C6F" w14:paraId="57AA8E1F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234080D2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通院の有無</w:t>
            </w:r>
          </w:p>
        </w:tc>
        <w:tc>
          <w:tcPr>
            <w:tcW w:w="8561" w:type="dxa"/>
          </w:tcPr>
          <w:p w14:paraId="7C9ABF51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□　なし　□　通院中（　　　　　　科　／　月　　回程度）</w:t>
            </w:r>
          </w:p>
        </w:tc>
      </w:tr>
      <w:tr w:rsidR="007854D2" w:rsidRPr="00076C6F" w14:paraId="007862EB" w14:textId="77777777">
        <w:trPr>
          <w:jc w:val="center"/>
        </w:trPr>
        <w:tc>
          <w:tcPr>
            <w:tcW w:w="1928" w:type="dxa"/>
            <w:shd w:val="clear" w:color="auto" w:fill="EDEDED"/>
          </w:tcPr>
          <w:p w14:paraId="451B134D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b/>
                <w:color w:val="000000"/>
                <w:sz w:val="18"/>
                <w:szCs w:val="24"/>
              </w:rPr>
              <w:t>服薬・主治医の指示</w:t>
            </w:r>
            <w:proofErr w:type="spellEnd"/>
          </w:p>
        </w:tc>
        <w:tc>
          <w:tcPr>
            <w:tcW w:w="8561" w:type="dxa"/>
          </w:tcPr>
          <w:p w14:paraId="3AC05B39" w14:textId="088169E9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>服薬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>：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　□　なし　□　あり（差し支えなければ薬剤名：　　　　　　　　　）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br/>
              <w:t>就業上の配慮の指示</w:t>
            </w:r>
            <w:r w:rsidR="00076C6F">
              <w:rPr>
                <w:rFonts w:ascii="ＭＳ Ｐ明朝" w:eastAsia="ＭＳ Ｐ明朝" w:hAnsi="ＭＳ Ｐ明朝" w:hint="eastAsia"/>
                <w:color w:val="000000"/>
                <w:sz w:val="18"/>
                <w:szCs w:val="24"/>
                <w:lang w:eastAsia="ja-JP"/>
              </w:rPr>
              <w:t>：</w:t>
            </w:r>
            <w:r w:rsidRPr="00076C6F">
              <w:rPr>
                <w:rFonts w:ascii="ＭＳ Ｐ明朝" w:eastAsia="ＭＳ Ｐ明朝" w:hAnsi="ＭＳ Ｐ明朝"/>
                <w:color w:val="000000"/>
                <w:sz w:val="18"/>
                <w:szCs w:val="24"/>
                <w:lang w:eastAsia="ja-JP"/>
              </w:rPr>
              <w:t xml:space="preserve">　□　特にない　□　あり（内容：　　　　　　　　　　）</w:t>
            </w:r>
          </w:p>
        </w:tc>
      </w:tr>
    </w:tbl>
    <w:p w14:paraId="2577703E" w14:textId="77777777" w:rsidR="007854D2" w:rsidRPr="00076C6F" w:rsidRDefault="007854D2">
      <w:pPr>
        <w:spacing w:after="0"/>
        <w:rPr>
          <w:rFonts w:ascii="ＭＳ Ｐ明朝" w:eastAsia="ＭＳ Ｐ明朝" w:hAnsi="ＭＳ Ｐ明朝"/>
          <w:sz w:val="24"/>
          <w:szCs w:val="24"/>
          <w:lang w:eastAsia="ja-JP"/>
        </w:rPr>
      </w:pPr>
    </w:p>
    <w:p w14:paraId="7219CE11" w14:textId="77777777" w:rsidR="007854D2" w:rsidRPr="00076C6F" w:rsidRDefault="00000000">
      <w:pPr>
        <w:spacing w:after="20"/>
        <w:rPr>
          <w:rFonts w:ascii="ＭＳ Ｐ明朝" w:eastAsia="ＭＳ Ｐ明朝" w:hAnsi="ＭＳ Ｐ明朝"/>
          <w:sz w:val="24"/>
          <w:szCs w:val="24"/>
          <w:lang w:eastAsia="ja-JP"/>
        </w:rPr>
      </w:pPr>
      <w:r w:rsidRPr="00076C6F">
        <w:rPr>
          <w:rFonts w:ascii="ＭＳ Ｐ明朝" w:eastAsia="ＭＳ Ｐ明朝" w:hAnsi="ＭＳ Ｐ明朝"/>
          <w:b/>
          <w:color w:val="000000"/>
          <w:sz w:val="20"/>
          <w:szCs w:val="24"/>
          <w:lang w:eastAsia="ja-JP"/>
        </w:rPr>
        <w:t>５　面談で相談したいこと・ご希望</w:t>
      </w:r>
    </w:p>
    <w:tbl>
      <w:tblPr>
        <w:tblStyle w:val="afe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7854D2" w:rsidRPr="00076C6F" w14:paraId="12E67044" w14:textId="77777777">
        <w:trPr>
          <w:jc w:val="center"/>
        </w:trPr>
        <w:tc>
          <w:tcPr>
            <w:tcW w:w="10488" w:type="dxa"/>
          </w:tcPr>
          <w:p w14:paraId="63035BD2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  <w:r w:rsidRPr="00076C6F">
              <w:rPr>
                <w:rFonts w:ascii="ＭＳ Ｐ明朝" w:eastAsia="ＭＳ Ｐ明朝" w:hAnsi="ＭＳ Ｐ明朝"/>
                <w:color w:val="000000"/>
                <w:sz w:val="20"/>
                <w:szCs w:val="24"/>
                <w:lang w:eastAsia="ja-JP"/>
              </w:rPr>
              <w:t>□　現在の業務を続けたい　□　業務の一部を調整してほしい　□　勤務時間を調整してほしい　□　休養が必要と感じている　□　復職の時期を相談したい　□　まだ決めていない</w:t>
            </w:r>
          </w:p>
        </w:tc>
      </w:tr>
      <w:tr w:rsidR="007854D2" w:rsidRPr="00076C6F" w14:paraId="64F93234" w14:textId="77777777">
        <w:trPr>
          <w:jc w:val="center"/>
        </w:trPr>
        <w:tc>
          <w:tcPr>
            <w:tcW w:w="10488" w:type="dxa"/>
          </w:tcPr>
          <w:p w14:paraId="2D6DA68A" w14:textId="77777777" w:rsidR="007854D2" w:rsidRPr="00076C6F" w:rsidRDefault="0000000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roofErr w:type="spellStart"/>
            <w:r w:rsidRPr="00076C6F">
              <w:rPr>
                <w:rFonts w:ascii="ＭＳ Ｐ明朝" w:eastAsia="ＭＳ Ｐ明朝" w:hAnsi="ＭＳ Ｐ明朝"/>
                <w:color w:val="000000"/>
                <w:sz w:val="20"/>
                <w:szCs w:val="24"/>
              </w:rPr>
              <w:t>自由記入</w:t>
            </w:r>
            <w:proofErr w:type="spellEnd"/>
            <w:r w:rsidRPr="00076C6F">
              <w:rPr>
                <w:rFonts w:ascii="ＭＳ Ｐ明朝" w:eastAsia="ＭＳ Ｐ明朝" w:hAnsi="ＭＳ Ｐ明朝"/>
                <w:color w:val="000000"/>
                <w:sz w:val="20"/>
                <w:szCs w:val="24"/>
              </w:rPr>
              <w:t>：</w:t>
            </w:r>
          </w:p>
          <w:p w14:paraId="353DC800" w14:textId="77777777" w:rsidR="007854D2" w:rsidRPr="00076C6F" w:rsidRDefault="007854D2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</w:p>
          <w:p w14:paraId="77D9368D" w14:textId="77777777" w:rsidR="00076C6F" w:rsidRPr="00076C6F" w:rsidRDefault="00076C6F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</w:p>
          <w:p w14:paraId="485C8423" w14:textId="77777777" w:rsidR="00076C6F" w:rsidRPr="00076C6F" w:rsidRDefault="00076C6F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</w:p>
          <w:p w14:paraId="3A70945A" w14:textId="77777777" w:rsidR="00076C6F" w:rsidRPr="00076C6F" w:rsidRDefault="00076C6F">
            <w:pPr>
              <w:rPr>
                <w:rFonts w:ascii="ＭＳ Ｐ明朝" w:eastAsia="ＭＳ Ｐ明朝" w:hAnsi="ＭＳ Ｐ明朝"/>
                <w:sz w:val="24"/>
                <w:szCs w:val="24"/>
                <w:lang w:eastAsia="ja-JP"/>
              </w:rPr>
            </w:pPr>
          </w:p>
          <w:p w14:paraId="629ABAB2" w14:textId="77777777" w:rsidR="00076C6F" w:rsidRPr="00076C6F" w:rsidRDefault="00076C6F">
            <w:pPr>
              <w:rPr>
                <w:rFonts w:ascii="ＭＳ Ｐ明朝" w:eastAsia="ＭＳ Ｐ明朝" w:hAnsi="ＭＳ Ｐ明朝" w:hint="eastAsia"/>
                <w:sz w:val="24"/>
                <w:szCs w:val="24"/>
                <w:lang w:eastAsia="ja-JP"/>
              </w:rPr>
            </w:pPr>
          </w:p>
        </w:tc>
      </w:tr>
    </w:tbl>
    <w:p w14:paraId="4707D22D" w14:textId="77777777" w:rsidR="007854D2" w:rsidRPr="00076C6F" w:rsidRDefault="007854D2">
      <w:pPr>
        <w:spacing w:after="0"/>
        <w:rPr>
          <w:rFonts w:ascii="ＭＳ Ｐ明朝" w:eastAsia="ＭＳ Ｐ明朝" w:hAnsi="ＭＳ Ｐ明朝"/>
          <w:sz w:val="24"/>
          <w:szCs w:val="24"/>
        </w:rPr>
      </w:pPr>
    </w:p>
    <w:p w14:paraId="1216E7A9" w14:textId="77777777" w:rsidR="007854D2" w:rsidRPr="00076C6F" w:rsidRDefault="00000000">
      <w:pPr>
        <w:spacing w:after="0" w:line="264" w:lineRule="auto"/>
        <w:rPr>
          <w:rFonts w:ascii="ＭＳ Ｐ明朝" w:eastAsia="ＭＳ Ｐ明朝" w:hAnsi="ＭＳ Ｐ明朝"/>
          <w:sz w:val="24"/>
          <w:szCs w:val="24"/>
          <w:lang w:eastAsia="ja-JP"/>
        </w:rPr>
      </w:pPr>
      <w:r w:rsidRPr="00076C6F">
        <w:rPr>
          <w:rFonts w:ascii="ＭＳ Ｐ明朝" w:eastAsia="ＭＳ Ｐ明朝" w:hAnsi="ＭＳ Ｐ明朝"/>
          <w:color w:val="000000"/>
          <w:sz w:val="16"/>
          <w:szCs w:val="24"/>
          <w:lang w:eastAsia="ja-JP"/>
        </w:rPr>
        <w:t>※　記載内容は就業上の措置の検討にのみ用い、報告はご本人の同意を得た範囲に限ります（労働安全衛生法第105条等）。</w:t>
      </w:r>
    </w:p>
    <w:sectPr w:rsidR="007854D2" w:rsidRPr="00076C6F" w:rsidSect="00034616">
      <w:pgSz w:w="11906" w:h="16838"/>
      <w:pgMar w:top="454" w:right="709" w:bottom="283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499314">
    <w:abstractNumId w:val="8"/>
  </w:num>
  <w:num w:numId="2" w16cid:durableId="707606466">
    <w:abstractNumId w:val="6"/>
  </w:num>
  <w:num w:numId="3" w16cid:durableId="1194273550">
    <w:abstractNumId w:val="5"/>
  </w:num>
  <w:num w:numId="4" w16cid:durableId="1775514431">
    <w:abstractNumId w:val="4"/>
  </w:num>
  <w:num w:numId="5" w16cid:durableId="239026381">
    <w:abstractNumId w:val="7"/>
  </w:num>
  <w:num w:numId="6" w16cid:durableId="795762316">
    <w:abstractNumId w:val="3"/>
  </w:num>
  <w:num w:numId="7" w16cid:durableId="565916298">
    <w:abstractNumId w:val="2"/>
  </w:num>
  <w:num w:numId="8" w16cid:durableId="848907197">
    <w:abstractNumId w:val="1"/>
  </w:num>
  <w:num w:numId="9" w16cid:durableId="6917602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C6F"/>
    <w:rsid w:val="0015074B"/>
    <w:rsid w:val="0029639D"/>
    <w:rsid w:val="00326F90"/>
    <w:rsid w:val="006F75A7"/>
    <w:rsid w:val="007854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B0EA35"/>
  <w14:defaultImageDpi w14:val="300"/>
  <w15:docId w15:val="{F4E9BD91-9EF7-9441-B1C0-E8324BB7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中村 一</cp:lastModifiedBy>
  <cp:revision>2</cp:revision>
  <dcterms:created xsi:type="dcterms:W3CDTF">2013-12-23T23:15:00Z</dcterms:created>
  <dcterms:modified xsi:type="dcterms:W3CDTF">2026-08-14T06:08:00Z</dcterms:modified>
  <cp:category/>
</cp:coreProperties>
</file>