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35C64F" w14:textId="77777777" w:rsidR="00860DE1" w:rsidRPr="00B21CAD" w:rsidRDefault="00860DE1" w:rsidP="00860DE1">
      <w:pPr>
        <w:spacing w:after="40"/>
        <w:jc w:val="right"/>
        <w:rPr>
          <w:color w:val="A6A6A6" w:themeColor="background1" w:themeShade="A6"/>
          <w:sz w:val="20"/>
          <w:szCs w:val="24"/>
          <w:lang w:eastAsia="ja-JP"/>
        </w:rPr>
      </w:pPr>
      <w:r w:rsidRPr="00B21CAD">
        <w:rPr>
          <w:color w:val="A6A6A6" w:themeColor="background1" w:themeShade="A6"/>
          <w:sz w:val="20"/>
          <w:szCs w:val="24"/>
          <w:lang w:eastAsia="ja-JP"/>
        </w:rPr>
        <w:t>【様式1】過半数労働組合がある事業場用</w:t>
      </w:r>
    </w:p>
    <w:p w14:paraId="55058656" w14:textId="77777777" w:rsidR="00860DE1" w:rsidRDefault="00860DE1" w:rsidP="00860DE1">
      <w:pPr>
        <w:spacing w:after="40"/>
        <w:jc w:val="right"/>
        <w:rPr>
          <w:sz w:val="19"/>
          <w:lang w:eastAsia="ja-JP"/>
        </w:rPr>
      </w:pPr>
    </w:p>
    <w:p w14:paraId="4FFF6F94" w14:textId="77777777" w:rsidR="00860DE1" w:rsidRPr="00B21CAD" w:rsidRDefault="00860DE1" w:rsidP="00860DE1">
      <w:pPr>
        <w:spacing w:after="40"/>
        <w:jc w:val="right"/>
        <w:rPr>
          <w:lang w:eastAsia="ja-JP"/>
        </w:rPr>
      </w:pPr>
    </w:p>
    <w:p w14:paraId="15684E8B" w14:textId="77777777" w:rsidR="00860DE1" w:rsidRDefault="00860DE1" w:rsidP="00860DE1">
      <w:pPr>
        <w:keepNext/>
        <w:jc w:val="center"/>
      </w:pPr>
      <w:proofErr w:type="spellStart"/>
      <w:r>
        <w:rPr>
          <w:b/>
          <w:sz w:val="30"/>
        </w:rPr>
        <w:t>衛生委員会</w:t>
      </w:r>
      <w:proofErr w:type="spellEnd"/>
      <w:r>
        <w:rPr>
          <w:b/>
          <w:sz w:val="30"/>
        </w:rPr>
        <w:t xml:space="preserve">　</w:t>
      </w:r>
      <w:proofErr w:type="spellStart"/>
      <w:r>
        <w:rPr>
          <w:b/>
          <w:sz w:val="30"/>
        </w:rPr>
        <w:t>労働者側委員</w:t>
      </w:r>
      <w:proofErr w:type="spellEnd"/>
      <w:r>
        <w:rPr>
          <w:b/>
          <w:sz w:val="30"/>
        </w:rPr>
        <w:t xml:space="preserve">　</w:t>
      </w:r>
      <w:proofErr w:type="spellStart"/>
      <w:r>
        <w:rPr>
          <w:b/>
          <w:sz w:val="30"/>
        </w:rPr>
        <w:t>推薦書</w:t>
      </w:r>
      <w:proofErr w:type="spellEnd"/>
    </w:p>
    <w:p w14:paraId="5D99F2CD" w14:textId="77777777" w:rsidR="00860DE1" w:rsidRDefault="00860DE1" w:rsidP="00860DE1">
      <w:pPr>
        <w:spacing w:after="160"/>
        <w:jc w:val="right"/>
        <w:rPr>
          <w:lang w:eastAsia="ja-JP"/>
        </w:rPr>
      </w:pPr>
    </w:p>
    <w:p w14:paraId="7604872C" w14:textId="77777777" w:rsidR="00860DE1" w:rsidRDefault="00860DE1" w:rsidP="00860DE1">
      <w:pPr>
        <w:spacing w:after="160"/>
        <w:jc w:val="right"/>
      </w:pPr>
      <w:bookmarkStart w:id="0" w:name="OLE_LINK3"/>
      <w:proofErr w:type="spellStart"/>
      <w:r>
        <w:t>令和</w:t>
      </w:r>
      <w:proofErr w:type="spellEnd"/>
      <w:r>
        <w:t xml:space="preserve">　　　年　　　月　　　日</w:t>
      </w:r>
    </w:p>
    <w:p w14:paraId="26C2A7FC" w14:textId="77777777" w:rsidR="00860DE1" w:rsidRDefault="00860DE1" w:rsidP="00860DE1">
      <w:pPr>
        <w:spacing w:after="280"/>
        <w:jc w:val="both"/>
        <w:rPr>
          <w:lang w:eastAsia="ja-JP"/>
        </w:rPr>
      </w:pPr>
      <w:r>
        <w:rPr>
          <w:rFonts w:hint="eastAsia"/>
          <w:lang w:eastAsia="ja-JP"/>
        </w:rPr>
        <w:t>○○株式会社○○</w:t>
      </w:r>
      <w:r>
        <w:rPr>
          <w:lang w:eastAsia="ja-JP"/>
        </w:rPr>
        <w:t xml:space="preserve">　御中（事業場名をご記入ください）</w:t>
      </w:r>
    </w:p>
    <w:bookmarkEnd w:id="0"/>
    <w:p w14:paraId="14B331E9" w14:textId="77777777" w:rsidR="00860DE1" w:rsidRDefault="00860DE1" w:rsidP="00860DE1">
      <w:pPr>
        <w:spacing w:after="280"/>
        <w:jc w:val="both"/>
        <w:rPr>
          <w:lang w:eastAsia="ja-JP"/>
        </w:rPr>
      </w:pPr>
    </w:p>
    <w:p w14:paraId="3A04CE5C" w14:textId="398E766F" w:rsidR="00E81ED8" w:rsidRDefault="00860DE1" w:rsidP="00860DE1">
      <w:pPr>
        <w:spacing w:line="336" w:lineRule="auto"/>
      </w:pPr>
      <w:r>
        <w:rPr>
          <w:lang w:eastAsia="ja-JP"/>
        </w:rPr>
        <w:t xml:space="preserve">　当組合は、</w:t>
      </w:r>
      <w:r w:rsidR="00000000">
        <w:rPr>
          <w:lang w:eastAsia="ja-JP"/>
        </w:rPr>
        <w:t>貴事業場において労働者の過半数で組織する労働組合として、下記の者を衛生委員会の労働者側委員として推薦いたします。（労働者側委員が複数名の場合も、本書1枚に連記して一括して推薦することができます。</w:t>
      </w:r>
      <w:r w:rsidR="00000000">
        <w:t>）</w:t>
      </w:r>
    </w:p>
    <w:tbl>
      <w:tblPr>
        <w:tblStyle w:val="afe"/>
        <w:tblW w:w="0" w:type="auto"/>
        <w:jc w:val="center"/>
        <w:tblLook w:val="04A0" w:firstRow="1" w:lastRow="0" w:firstColumn="1" w:lastColumn="0" w:noHBand="0" w:noVBand="1"/>
      </w:tblPr>
      <w:tblGrid>
        <w:gridCol w:w="4535"/>
        <w:gridCol w:w="4819"/>
      </w:tblGrid>
      <w:tr w:rsidR="00E81ED8" w14:paraId="3941DB4C" w14:textId="77777777">
        <w:trPr>
          <w:jc w:val="center"/>
        </w:trPr>
        <w:tc>
          <w:tcPr>
            <w:tcW w:w="4535" w:type="dxa"/>
          </w:tcPr>
          <w:p w14:paraId="656D6374" w14:textId="77777777" w:rsidR="00E81ED8" w:rsidRDefault="00000000">
            <w:pPr>
              <w:spacing w:after="40"/>
              <w:jc w:val="center"/>
            </w:pPr>
            <w:r>
              <w:rPr>
                <w:b/>
                <w:sz w:val="20"/>
              </w:rPr>
              <w:t>氏名</w:t>
            </w:r>
          </w:p>
        </w:tc>
        <w:tc>
          <w:tcPr>
            <w:tcW w:w="4819" w:type="dxa"/>
          </w:tcPr>
          <w:p w14:paraId="308D56A6" w14:textId="77777777" w:rsidR="00E81ED8" w:rsidRDefault="00000000">
            <w:pPr>
              <w:spacing w:after="40"/>
              <w:jc w:val="center"/>
            </w:pPr>
            <w:r>
              <w:rPr>
                <w:b/>
                <w:sz w:val="20"/>
              </w:rPr>
              <w:t>所属・役職</w:t>
            </w:r>
          </w:p>
        </w:tc>
      </w:tr>
      <w:tr w:rsidR="00E81ED8" w14:paraId="4B0E5E42" w14:textId="77777777">
        <w:trPr>
          <w:trHeight w:val="482"/>
          <w:jc w:val="center"/>
        </w:trPr>
        <w:tc>
          <w:tcPr>
            <w:tcW w:w="4535" w:type="dxa"/>
          </w:tcPr>
          <w:p w14:paraId="2E86C6E8" w14:textId="77777777" w:rsidR="00E81ED8" w:rsidRDefault="00E81ED8">
            <w:pPr>
              <w:spacing w:after="40"/>
            </w:pPr>
          </w:p>
        </w:tc>
        <w:tc>
          <w:tcPr>
            <w:tcW w:w="4819" w:type="dxa"/>
          </w:tcPr>
          <w:p w14:paraId="03897306" w14:textId="77777777" w:rsidR="00E81ED8" w:rsidRDefault="00E81ED8">
            <w:pPr>
              <w:spacing w:after="40"/>
            </w:pPr>
          </w:p>
        </w:tc>
      </w:tr>
      <w:tr w:rsidR="00E81ED8" w14:paraId="29E65865" w14:textId="77777777">
        <w:trPr>
          <w:trHeight w:val="482"/>
          <w:jc w:val="center"/>
        </w:trPr>
        <w:tc>
          <w:tcPr>
            <w:tcW w:w="4535" w:type="dxa"/>
          </w:tcPr>
          <w:p w14:paraId="0142E2D8" w14:textId="77777777" w:rsidR="00E81ED8" w:rsidRDefault="00E81ED8">
            <w:pPr>
              <w:spacing w:after="40"/>
            </w:pPr>
          </w:p>
        </w:tc>
        <w:tc>
          <w:tcPr>
            <w:tcW w:w="4819" w:type="dxa"/>
          </w:tcPr>
          <w:p w14:paraId="7E053C47" w14:textId="77777777" w:rsidR="00E81ED8" w:rsidRDefault="00E81ED8">
            <w:pPr>
              <w:spacing w:after="40"/>
            </w:pPr>
          </w:p>
        </w:tc>
      </w:tr>
      <w:tr w:rsidR="00E81ED8" w14:paraId="39CEA6DF" w14:textId="77777777">
        <w:trPr>
          <w:trHeight w:val="482"/>
          <w:jc w:val="center"/>
        </w:trPr>
        <w:tc>
          <w:tcPr>
            <w:tcW w:w="4535" w:type="dxa"/>
          </w:tcPr>
          <w:p w14:paraId="04D9EF97" w14:textId="77777777" w:rsidR="00E81ED8" w:rsidRDefault="00E81ED8">
            <w:pPr>
              <w:spacing w:after="40"/>
            </w:pPr>
          </w:p>
        </w:tc>
        <w:tc>
          <w:tcPr>
            <w:tcW w:w="4819" w:type="dxa"/>
          </w:tcPr>
          <w:p w14:paraId="37C91F9D" w14:textId="77777777" w:rsidR="00E81ED8" w:rsidRDefault="00E81ED8">
            <w:pPr>
              <w:spacing w:after="40"/>
            </w:pPr>
          </w:p>
        </w:tc>
      </w:tr>
    </w:tbl>
    <w:p w14:paraId="47E494E0" w14:textId="77777777" w:rsidR="00E81ED8" w:rsidRDefault="00E81ED8">
      <w:pPr>
        <w:spacing w:after="120"/>
      </w:pPr>
    </w:p>
    <w:tbl>
      <w:tblPr>
        <w:tblStyle w:val="afe"/>
        <w:tblW w:w="0" w:type="auto"/>
        <w:jc w:val="center"/>
        <w:tblLook w:val="04A0" w:firstRow="1" w:lastRow="0" w:firstColumn="1" w:lastColumn="0" w:noHBand="0" w:noVBand="1"/>
      </w:tblPr>
      <w:tblGrid>
        <w:gridCol w:w="2551"/>
        <w:gridCol w:w="6803"/>
      </w:tblGrid>
      <w:tr w:rsidR="00E81ED8" w14:paraId="6B18DF55" w14:textId="77777777">
        <w:trPr>
          <w:trHeight w:val="510"/>
          <w:jc w:val="center"/>
        </w:trPr>
        <w:tc>
          <w:tcPr>
            <w:tcW w:w="2551" w:type="dxa"/>
          </w:tcPr>
          <w:p w14:paraId="27302361" w14:textId="77777777" w:rsidR="00E81ED8" w:rsidRDefault="00000000">
            <w:pPr>
              <w:spacing w:after="40"/>
            </w:pPr>
            <w:r>
              <w:rPr>
                <w:sz w:val="20"/>
              </w:rPr>
              <w:t>労働組合名</w:t>
            </w:r>
          </w:p>
        </w:tc>
        <w:tc>
          <w:tcPr>
            <w:tcW w:w="6803" w:type="dxa"/>
          </w:tcPr>
          <w:p w14:paraId="7CC9F715" w14:textId="77777777" w:rsidR="00E81ED8" w:rsidRDefault="00E81ED8">
            <w:pPr>
              <w:spacing w:after="40"/>
            </w:pPr>
          </w:p>
        </w:tc>
      </w:tr>
      <w:tr w:rsidR="00E81ED8" w14:paraId="55320D77" w14:textId="77777777">
        <w:trPr>
          <w:trHeight w:val="510"/>
          <w:jc w:val="center"/>
        </w:trPr>
        <w:tc>
          <w:tcPr>
            <w:tcW w:w="2551" w:type="dxa"/>
          </w:tcPr>
          <w:p w14:paraId="343C9FB7" w14:textId="77777777" w:rsidR="00E81ED8" w:rsidRDefault="00000000">
            <w:pPr>
              <w:spacing w:after="40"/>
            </w:pPr>
            <w:r>
              <w:rPr>
                <w:sz w:val="20"/>
              </w:rPr>
              <w:t>代表者　役職</w:t>
            </w:r>
          </w:p>
        </w:tc>
        <w:tc>
          <w:tcPr>
            <w:tcW w:w="6803" w:type="dxa"/>
          </w:tcPr>
          <w:p w14:paraId="14C7EF3F" w14:textId="77777777" w:rsidR="00E81ED8" w:rsidRDefault="00E81ED8">
            <w:pPr>
              <w:spacing w:after="40"/>
            </w:pPr>
          </w:p>
        </w:tc>
      </w:tr>
      <w:tr w:rsidR="00E81ED8" w14:paraId="13FF243C" w14:textId="77777777">
        <w:trPr>
          <w:trHeight w:val="510"/>
          <w:jc w:val="center"/>
        </w:trPr>
        <w:tc>
          <w:tcPr>
            <w:tcW w:w="2551" w:type="dxa"/>
          </w:tcPr>
          <w:p w14:paraId="7C3B764D" w14:textId="77777777" w:rsidR="00E81ED8" w:rsidRDefault="00000000">
            <w:pPr>
              <w:spacing w:after="40"/>
            </w:pPr>
            <w:r>
              <w:rPr>
                <w:sz w:val="20"/>
              </w:rPr>
              <w:t>代表者　氏名</w:t>
            </w:r>
          </w:p>
        </w:tc>
        <w:tc>
          <w:tcPr>
            <w:tcW w:w="6803" w:type="dxa"/>
          </w:tcPr>
          <w:p w14:paraId="103673A4" w14:textId="77777777" w:rsidR="00E81ED8" w:rsidRDefault="00000000">
            <w:pPr>
              <w:spacing w:after="40"/>
            </w:pPr>
            <w:r>
              <w:rPr>
                <w:sz w:val="20"/>
              </w:rPr>
              <w:t xml:space="preserve">　　　　　　　　　　　　　　　　　　　　　㊞</w:t>
            </w:r>
          </w:p>
        </w:tc>
      </w:tr>
    </w:tbl>
    <w:p w14:paraId="3E1DDA7A" w14:textId="77777777" w:rsidR="00E81ED8" w:rsidRDefault="00E81ED8">
      <w:pPr>
        <w:spacing w:after="80"/>
      </w:pPr>
    </w:p>
    <w:p w14:paraId="32CBB2C6" w14:textId="77777777" w:rsidR="00860DE1" w:rsidRDefault="00860DE1" w:rsidP="00860DE1">
      <w:pPr>
        <w:pStyle w:val="aff"/>
      </w:pPr>
      <w:bookmarkStart w:id="1" w:name="OLE_LINK12"/>
      <w:r>
        <w:t>以上</w:t>
      </w:r>
    </w:p>
    <w:p w14:paraId="4B9626A1" w14:textId="77777777" w:rsidR="00860DE1" w:rsidRDefault="00860DE1" w:rsidP="00860DE1">
      <w:pPr>
        <w:pBdr>
          <w:bottom w:val="single" w:sz="6" w:space="1" w:color="auto"/>
        </w:pBdr>
        <w:spacing w:after="120"/>
        <w:jc w:val="right"/>
        <w:rPr>
          <w:lang w:eastAsia="ja-JP"/>
        </w:rPr>
      </w:pPr>
    </w:p>
    <w:p w14:paraId="5A54BA04" w14:textId="77777777" w:rsidR="00860DE1" w:rsidRDefault="00860DE1" w:rsidP="00860DE1">
      <w:pPr>
        <w:spacing w:after="120"/>
        <w:jc w:val="right"/>
        <w:rPr>
          <w:lang w:eastAsia="ja-JP"/>
        </w:rPr>
      </w:pPr>
    </w:p>
    <w:bookmarkEnd w:id="1"/>
    <w:p w14:paraId="0AEA2DE5" w14:textId="77777777" w:rsidR="00E81ED8" w:rsidRPr="00860DE1" w:rsidRDefault="00000000">
      <w:pPr>
        <w:spacing w:after="60" w:line="288" w:lineRule="auto"/>
        <w:rPr>
          <w:sz w:val="20"/>
          <w:szCs w:val="20"/>
          <w:lang w:eastAsia="ja-JP"/>
        </w:rPr>
      </w:pPr>
      <w:r w:rsidRPr="00860DE1">
        <w:rPr>
          <w:sz w:val="20"/>
          <w:szCs w:val="20"/>
          <w:lang w:eastAsia="ja-JP"/>
        </w:rPr>
        <w:t>※　労働安全衛生法第18条第4項において準用する同法第17条第4項に基づく推薦書です。同項は、議長以外の委員の半数について、過半数労働組合（これがないときは労働者の過半数を代表する者）の推薦に基づき指名すべきことを定めています。</w:t>
      </w:r>
    </w:p>
    <w:p w14:paraId="54EF6F59" w14:textId="77777777" w:rsidR="00E81ED8" w:rsidRPr="00860DE1" w:rsidRDefault="00000000">
      <w:pPr>
        <w:spacing w:after="60" w:line="288" w:lineRule="auto"/>
        <w:rPr>
          <w:sz w:val="20"/>
          <w:szCs w:val="20"/>
          <w:lang w:eastAsia="ja-JP"/>
        </w:rPr>
      </w:pPr>
      <w:r w:rsidRPr="00860DE1">
        <w:rPr>
          <w:sz w:val="20"/>
          <w:szCs w:val="20"/>
          <w:lang w:eastAsia="ja-JP"/>
        </w:rPr>
        <w:t>※　推薦に基づき指名すべき委員の人数は、議長以外の委員の半数です。衛生管理者および産業医も議長以外の委員に含まれるため、半数を算定する際の母数にはこれらの委員も含めます。</w:t>
      </w:r>
    </w:p>
    <w:p w14:paraId="008F9C47" w14:textId="77777777" w:rsidR="00E81ED8" w:rsidRPr="00860DE1" w:rsidRDefault="00000000">
      <w:pPr>
        <w:spacing w:after="40" w:line="288" w:lineRule="auto"/>
        <w:rPr>
          <w:sz w:val="20"/>
          <w:szCs w:val="20"/>
          <w:lang w:eastAsia="ja-JP"/>
        </w:rPr>
      </w:pPr>
      <w:r w:rsidRPr="00860DE1">
        <w:rPr>
          <w:sz w:val="20"/>
          <w:szCs w:val="20"/>
          <w:lang w:eastAsia="ja-JP"/>
        </w:rPr>
        <w:t>※　本書は事業場内で保管するものであり、労働基準監督署等への届出は不要です。</w:t>
      </w:r>
    </w:p>
    <w:p w14:paraId="206AF556" w14:textId="77777777" w:rsidR="00E81ED8" w:rsidRPr="00860DE1" w:rsidRDefault="00000000">
      <w:pPr>
        <w:spacing w:before="120" w:after="0"/>
        <w:rPr>
          <w:sz w:val="20"/>
          <w:szCs w:val="20"/>
          <w:lang w:eastAsia="ja-JP"/>
        </w:rPr>
      </w:pPr>
      <w:r w:rsidRPr="00860DE1">
        <w:rPr>
          <w:sz w:val="20"/>
          <w:szCs w:val="20"/>
          <w:lang w:eastAsia="ja-JP"/>
        </w:rPr>
        <w:t>※　本ひな形はサクセス株式会社産業医事務所が産業医業務の付随として顧問先の便宜のために無償で提供するものであり、書類作成の代行および個別の記入指導を行うものではありません。内容および運用の適否は、貴社の労務管理体制および貴社が委嘱する社会保険労務士等にもご確認のうえご使用ください。</w:t>
      </w:r>
      <w:r w:rsidRPr="00860DE1">
        <w:rPr>
          <w:sz w:val="20"/>
          <w:szCs w:val="20"/>
          <w:lang w:eastAsia="ja-JP"/>
        </w:rPr>
        <w:br w:type="page"/>
      </w:r>
    </w:p>
    <w:p w14:paraId="10C09E1C" w14:textId="77777777" w:rsidR="00860DE1" w:rsidRDefault="00860DE1" w:rsidP="00860DE1">
      <w:pPr>
        <w:spacing w:after="40"/>
        <w:jc w:val="right"/>
        <w:rPr>
          <w:color w:val="A6A6A6" w:themeColor="background1" w:themeShade="A6"/>
          <w:sz w:val="20"/>
          <w:szCs w:val="24"/>
          <w:lang w:eastAsia="ja-JP"/>
        </w:rPr>
      </w:pPr>
      <w:r w:rsidRPr="00B21CAD">
        <w:rPr>
          <w:color w:val="A6A6A6" w:themeColor="background1" w:themeShade="A6"/>
          <w:sz w:val="20"/>
          <w:szCs w:val="24"/>
          <w:lang w:eastAsia="ja-JP"/>
        </w:rPr>
        <w:lastRenderedPageBreak/>
        <w:t>【様式2】過半数労働組合がない事業場用</w:t>
      </w:r>
    </w:p>
    <w:p w14:paraId="487E4A26" w14:textId="77777777" w:rsidR="00860DE1" w:rsidRDefault="00860DE1" w:rsidP="00860DE1">
      <w:pPr>
        <w:spacing w:after="40"/>
        <w:jc w:val="right"/>
        <w:rPr>
          <w:color w:val="A6A6A6" w:themeColor="background1" w:themeShade="A6"/>
          <w:sz w:val="20"/>
          <w:szCs w:val="24"/>
          <w:lang w:eastAsia="ja-JP"/>
        </w:rPr>
      </w:pPr>
    </w:p>
    <w:p w14:paraId="2FEF7390" w14:textId="77777777" w:rsidR="00860DE1" w:rsidRPr="00B21CAD" w:rsidRDefault="00860DE1" w:rsidP="00860DE1">
      <w:pPr>
        <w:spacing w:after="40"/>
        <w:jc w:val="right"/>
        <w:rPr>
          <w:color w:val="A6A6A6" w:themeColor="background1" w:themeShade="A6"/>
          <w:sz w:val="22"/>
          <w:szCs w:val="24"/>
          <w:lang w:eastAsia="ja-JP"/>
        </w:rPr>
      </w:pPr>
    </w:p>
    <w:p w14:paraId="10313A66" w14:textId="77777777" w:rsidR="00860DE1" w:rsidRDefault="00860DE1" w:rsidP="00860DE1">
      <w:pPr>
        <w:keepNext/>
        <w:jc w:val="center"/>
      </w:pPr>
      <w:proofErr w:type="spellStart"/>
      <w:r>
        <w:rPr>
          <w:b/>
          <w:sz w:val="28"/>
        </w:rPr>
        <w:t>過半数代表者</w:t>
      </w:r>
      <w:proofErr w:type="spellEnd"/>
      <w:r>
        <w:rPr>
          <w:b/>
          <w:sz w:val="28"/>
        </w:rPr>
        <w:t xml:space="preserve">　</w:t>
      </w:r>
      <w:proofErr w:type="spellStart"/>
      <w:r>
        <w:rPr>
          <w:b/>
          <w:sz w:val="28"/>
        </w:rPr>
        <w:t>選出届</w:t>
      </w:r>
      <w:proofErr w:type="spellEnd"/>
      <w:r>
        <w:rPr>
          <w:b/>
          <w:sz w:val="28"/>
        </w:rPr>
        <w:t xml:space="preserve">　兼　</w:t>
      </w:r>
      <w:proofErr w:type="spellStart"/>
      <w:r>
        <w:rPr>
          <w:b/>
          <w:sz w:val="28"/>
        </w:rPr>
        <w:t>衛生委員会委員</w:t>
      </w:r>
      <w:proofErr w:type="spellEnd"/>
      <w:r>
        <w:rPr>
          <w:b/>
          <w:sz w:val="28"/>
        </w:rPr>
        <w:t xml:space="preserve">　</w:t>
      </w:r>
      <w:proofErr w:type="spellStart"/>
      <w:r>
        <w:rPr>
          <w:b/>
          <w:sz w:val="28"/>
        </w:rPr>
        <w:t>推薦書</w:t>
      </w:r>
      <w:proofErr w:type="spellEnd"/>
    </w:p>
    <w:p w14:paraId="4B9A21C9" w14:textId="77777777" w:rsidR="00860DE1" w:rsidRDefault="00860DE1" w:rsidP="00860DE1">
      <w:pPr>
        <w:spacing w:after="160"/>
        <w:jc w:val="right"/>
        <w:rPr>
          <w:lang w:eastAsia="ja-JP"/>
        </w:rPr>
      </w:pPr>
    </w:p>
    <w:p w14:paraId="730F07D7" w14:textId="77777777" w:rsidR="00860DE1" w:rsidRDefault="00860DE1" w:rsidP="00860DE1">
      <w:pPr>
        <w:spacing w:after="160"/>
        <w:jc w:val="right"/>
      </w:pPr>
      <w:proofErr w:type="spellStart"/>
      <w:r>
        <w:t>令和</w:t>
      </w:r>
      <w:proofErr w:type="spellEnd"/>
      <w:r>
        <w:t xml:space="preserve">　　　年　　　月　　　日</w:t>
      </w:r>
    </w:p>
    <w:p w14:paraId="22ACAB8F" w14:textId="77777777" w:rsidR="00860DE1" w:rsidRDefault="00860DE1" w:rsidP="00860DE1">
      <w:pPr>
        <w:spacing w:after="280"/>
        <w:jc w:val="both"/>
        <w:rPr>
          <w:lang w:eastAsia="ja-JP"/>
        </w:rPr>
      </w:pPr>
      <w:r>
        <w:rPr>
          <w:rFonts w:hint="eastAsia"/>
          <w:lang w:eastAsia="ja-JP"/>
        </w:rPr>
        <w:t>○○株式会社○○</w:t>
      </w:r>
      <w:r>
        <w:rPr>
          <w:lang w:eastAsia="ja-JP"/>
        </w:rPr>
        <w:t xml:space="preserve">　御中（事業場名をご記入ください）</w:t>
      </w:r>
    </w:p>
    <w:p w14:paraId="553E485E" w14:textId="77777777" w:rsidR="00860DE1" w:rsidRDefault="00860DE1" w:rsidP="00860DE1">
      <w:pPr>
        <w:spacing w:after="280"/>
        <w:jc w:val="both"/>
        <w:rPr>
          <w:lang w:eastAsia="ja-JP"/>
        </w:rPr>
      </w:pPr>
    </w:p>
    <w:p w14:paraId="0BD3575C" w14:textId="77777777" w:rsidR="00E81ED8" w:rsidRDefault="00000000">
      <w:pPr>
        <w:keepNext/>
        <w:spacing w:after="100"/>
        <w:rPr>
          <w:lang w:eastAsia="ja-JP"/>
        </w:rPr>
      </w:pPr>
      <w:r>
        <w:rPr>
          <w:b/>
          <w:sz w:val="22"/>
          <w:lang w:eastAsia="ja-JP"/>
        </w:rPr>
        <w:t>Ⅰ　過半数代表者の選出</w:t>
      </w:r>
    </w:p>
    <w:tbl>
      <w:tblPr>
        <w:tblStyle w:val="afe"/>
        <w:tblW w:w="0" w:type="auto"/>
        <w:jc w:val="center"/>
        <w:tblLook w:val="04A0" w:firstRow="1" w:lastRow="0" w:firstColumn="1" w:lastColumn="0" w:noHBand="0" w:noVBand="1"/>
      </w:tblPr>
      <w:tblGrid>
        <w:gridCol w:w="2721"/>
        <w:gridCol w:w="6633"/>
      </w:tblGrid>
      <w:tr w:rsidR="00E81ED8" w14:paraId="57BC6D95" w14:textId="77777777">
        <w:trPr>
          <w:trHeight w:val="510"/>
          <w:jc w:val="center"/>
        </w:trPr>
        <w:tc>
          <w:tcPr>
            <w:tcW w:w="2721" w:type="dxa"/>
          </w:tcPr>
          <w:p w14:paraId="45CB187F" w14:textId="77777777" w:rsidR="00E81ED8" w:rsidRDefault="00000000">
            <w:pPr>
              <w:spacing w:after="40"/>
            </w:pPr>
            <w:proofErr w:type="spellStart"/>
            <w:r>
              <w:rPr>
                <w:sz w:val="20"/>
              </w:rPr>
              <w:t>選出された者の氏名</w:t>
            </w:r>
            <w:proofErr w:type="spellEnd"/>
          </w:p>
        </w:tc>
        <w:tc>
          <w:tcPr>
            <w:tcW w:w="6633" w:type="dxa"/>
          </w:tcPr>
          <w:p w14:paraId="1B77A332" w14:textId="77777777" w:rsidR="00E81ED8" w:rsidRDefault="00000000">
            <w:pPr>
              <w:spacing w:after="40"/>
            </w:pPr>
            <w:r>
              <w:rPr>
                <w:sz w:val="20"/>
              </w:rPr>
              <w:t xml:space="preserve">　　　　　　　　　　　　　　　　㊞</w:t>
            </w:r>
          </w:p>
        </w:tc>
      </w:tr>
      <w:tr w:rsidR="00E81ED8" w14:paraId="07741444" w14:textId="77777777">
        <w:trPr>
          <w:trHeight w:val="510"/>
          <w:jc w:val="center"/>
        </w:trPr>
        <w:tc>
          <w:tcPr>
            <w:tcW w:w="2721" w:type="dxa"/>
          </w:tcPr>
          <w:p w14:paraId="72C4E4B6" w14:textId="77777777" w:rsidR="00E81ED8" w:rsidRDefault="00000000">
            <w:pPr>
              <w:spacing w:after="40"/>
            </w:pPr>
            <w:r>
              <w:rPr>
                <w:sz w:val="20"/>
              </w:rPr>
              <w:t>所属・役職</w:t>
            </w:r>
          </w:p>
        </w:tc>
        <w:tc>
          <w:tcPr>
            <w:tcW w:w="6633" w:type="dxa"/>
          </w:tcPr>
          <w:p w14:paraId="0687166D" w14:textId="77777777" w:rsidR="00E81ED8" w:rsidRDefault="00E81ED8">
            <w:pPr>
              <w:spacing w:after="40"/>
            </w:pPr>
          </w:p>
        </w:tc>
      </w:tr>
      <w:tr w:rsidR="00E81ED8" w14:paraId="1E185AA9" w14:textId="77777777">
        <w:trPr>
          <w:trHeight w:val="510"/>
          <w:jc w:val="center"/>
        </w:trPr>
        <w:tc>
          <w:tcPr>
            <w:tcW w:w="2721" w:type="dxa"/>
          </w:tcPr>
          <w:p w14:paraId="0B3A1ED1" w14:textId="77777777" w:rsidR="00E81ED8" w:rsidRDefault="00000000">
            <w:pPr>
              <w:spacing w:after="40"/>
            </w:pPr>
            <w:r>
              <w:rPr>
                <w:sz w:val="20"/>
              </w:rPr>
              <w:t>選出年月日</w:t>
            </w:r>
          </w:p>
        </w:tc>
        <w:tc>
          <w:tcPr>
            <w:tcW w:w="6633" w:type="dxa"/>
          </w:tcPr>
          <w:p w14:paraId="4FBCEE8C" w14:textId="77777777" w:rsidR="00E81ED8" w:rsidRDefault="00000000">
            <w:pPr>
              <w:spacing w:after="40"/>
            </w:pPr>
            <w:r>
              <w:rPr>
                <w:sz w:val="20"/>
              </w:rPr>
              <w:t xml:space="preserve">　　令和　　　年　　　月　　　日</w:t>
            </w:r>
          </w:p>
        </w:tc>
      </w:tr>
    </w:tbl>
    <w:p w14:paraId="275ACB28" w14:textId="77777777" w:rsidR="00E81ED8" w:rsidRDefault="00E81ED8">
      <w:pPr>
        <w:spacing w:after="100"/>
      </w:pPr>
    </w:p>
    <w:p w14:paraId="61307520" w14:textId="77777777" w:rsidR="00E81ED8" w:rsidRDefault="00000000">
      <w:pPr>
        <w:spacing w:after="80"/>
        <w:rPr>
          <w:lang w:eastAsia="ja-JP"/>
        </w:rPr>
      </w:pPr>
      <w:r>
        <w:rPr>
          <w:sz w:val="20"/>
          <w:lang w:eastAsia="ja-JP"/>
        </w:rPr>
        <w:t>選出方法（該当するものにレ点）</w:t>
      </w:r>
    </w:p>
    <w:p w14:paraId="1B0A444A" w14:textId="77777777" w:rsidR="00E81ED8" w:rsidRDefault="00000000">
      <w:pPr>
        <w:spacing w:after="80"/>
        <w:rPr>
          <w:lang w:eastAsia="ja-JP"/>
        </w:rPr>
      </w:pPr>
      <w:r>
        <w:rPr>
          <w:sz w:val="20"/>
          <w:lang w:eastAsia="ja-JP"/>
        </w:rPr>
        <w:t xml:space="preserve">　□　投票　　□　挙手　　□　持ち回り決議　　□　その他（　　　　　　　　　　　　　　）</w:t>
      </w:r>
    </w:p>
    <w:p w14:paraId="73EA816E" w14:textId="77777777" w:rsidR="00E81ED8" w:rsidRDefault="00000000">
      <w:pPr>
        <w:spacing w:after="60"/>
        <w:rPr>
          <w:lang w:eastAsia="ja-JP"/>
        </w:rPr>
      </w:pPr>
      <w:r>
        <w:rPr>
          <w:sz w:val="20"/>
          <w:lang w:eastAsia="ja-JP"/>
        </w:rPr>
        <w:t xml:space="preserve">　選出結果　　賛成　　　　　　名　／　本事業場の全労働者数　　　　　　名</w:t>
      </w:r>
    </w:p>
    <w:p w14:paraId="06743BCC" w14:textId="77777777" w:rsidR="00E81ED8" w:rsidRDefault="00000000">
      <w:pPr>
        <w:spacing w:after="160" w:line="300" w:lineRule="auto"/>
        <w:rPr>
          <w:color w:val="A6A6A6" w:themeColor="background1" w:themeShade="A6"/>
          <w:sz w:val="20"/>
          <w:szCs w:val="28"/>
        </w:rPr>
      </w:pPr>
      <w:r w:rsidRPr="00860DE1">
        <w:rPr>
          <w:color w:val="A6A6A6" w:themeColor="background1" w:themeShade="A6"/>
          <w:sz w:val="20"/>
          <w:szCs w:val="28"/>
          <w:lang w:eastAsia="ja-JP"/>
        </w:rPr>
        <w:t xml:space="preserve">　（投票・挙手等の集計結果をご記入ください。全労働者の過半数の賛成があったことが記録として残れば足り、個々の労働者から署名を集める必要はありません。持ち回り決議の方法によった場合は、過半数に達する人数の記名または押印を回覧簿等に残してください。</w:t>
      </w:r>
      <w:r w:rsidRPr="00860DE1">
        <w:rPr>
          <w:color w:val="A6A6A6" w:themeColor="background1" w:themeShade="A6"/>
          <w:sz w:val="20"/>
          <w:szCs w:val="28"/>
        </w:rPr>
        <w:t>）</w:t>
      </w:r>
    </w:p>
    <w:p w14:paraId="10E25CC1" w14:textId="77777777" w:rsidR="00860DE1" w:rsidRPr="00860DE1" w:rsidRDefault="00860DE1">
      <w:pPr>
        <w:spacing w:after="160" w:line="300" w:lineRule="auto"/>
        <w:rPr>
          <w:color w:val="A6A6A6" w:themeColor="background1" w:themeShade="A6"/>
          <w:sz w:val="24"/>
          <w:szCs w:val="28"/>
        </w:rPr>
      </w:pPr>
    </w:p>
    <w:p w14:paraId="3426A4B4" w14:textId="77777777" w:rsidR="00E81ED8" w:rsidRDefault="00000000">
      <w:pPr>
        <w:keepNext/>
        <w:spacing w:after="100"/>
      </w:pPr>
      <w:r>
        <w:rPr>
          <w:b/>
          <w:sz w:val="22"/>
        </w:rPr>
        <w:t>Ⅱ　選出手続の要件確認</w:t>
      </w:r>
    </w:p>
    <w:tbl>
      <w:tblPr>
        <w:tblStyle w:val="afe"/>
        <w:tblW w:w="0" w:type="auto"/>
        <w:jc w:val="center"/>
        <w:tblLook w:val="04A0" w:firstRow="1" w:lastRow="0" w:firstColumn="1" w:lastColumn="0" w:noHBand="0" w:noVBand="1"/>
      </w:tblPr>
      <w:tblGrid>
        <w:gridCol w:w="9354"/>
      </w:tblGrid>
      <w:tr w:rsidR="00E81ED8" w14:paraId="332563D4" w14:textId="77777777">
        <w:trPr>
          <w:jc w:val="center"/>
        </w:trPr>
        <w:tc>
          <w:tcPr>
            <w:tcW w:w="9354" w:type="dxa"/>
          </w:tcPr>
          <w:p w14:paraId="49894B95" w14:textId="77777777" w:rsidR="00E81ED8" w:rsidRDefault="00000000">
            <w:pPr>
              <w:spacing w:after="60" w:line="324" w:lineRule="auto"/>
              <w:rPr>
                <w:lang w:eastAsia="ja-JP"/>
              </w:rPr>
            </w:pPr>
            <w:r>
              <w:rPr>
                <w:sz w:val="19"/>
                <w:lang w:eastAsia="ja-JP"/>
              </w:rPr>
              <w:t>□　上記の者は、本事業場のすべての労働者の過半数を代表する者であること。</w:t>
            </w:r>
          </w:p>
        </w:tc>
      </w:tr>
      <w:tr w:rsidR="00E81ED8" w14:paraId="3723BCEF" w14:textId="77777777">
        <w:trPr>
          <w:jc w:val="center"/>
        </w:trPr>
        <w:tc>
          <w:tcPr>
            <w:tcW w:w="9354" w:type="dxa"/>
          </w:tcPr>
          <w:p w14:paraId="3C73878B" w14:textId="77777777" w:rsidR="00E81ED8" w:rsidRDefault="00000000">
            <w:pPr>
              <w:spacing w:after="60" w:line="324" w:lineRule="auto"/>
              <w:rPr>
                <w:lang w:eastAsia="ja-JP"/>
              </w:rPr>
            </w:pPr>
            <w:r>
              <w:rPr>
                <w:sz w:val="19"/>
                <w:lang w:eastAsia="ja-JP"/>
              </w:rPr>
              <w:t>□　上記の者は、労働基準法第41条第2号に規定する監督又は管理の地位にある者でなく、かつ、衛生委員会の労働者側委員を推薦する過半数代表者を選出することを明らかにして実施される投票、挙手等の方法による手続により選出された者であって、使用者の意向に基づき選出されたものでないこと。</w:t>
            </w:r>
          </w:p>
        </w:tc>
      </w:tr>
    </w:tbl>
    <w:p w14:paraId="7113E3B4" w14:textId="77777777" w:rsidR="00E81ED8" w:rsidRDefault="00E81ED8">
      <w:pPr>
        <w:spacing w:after="100"/>
        <w:rPr>
          <w:lang w:eastAsia="ja-JP"/>
        </w:rPr>
      </w:pPr>
    </w:p>
    <w:p w14:paraId="23136A27" w14:textId="77777777" w:rsidR="00E81ED8" w:rsidRDefault="00000000">
      <w:pPr>
        <w:keepNext/>
        <w:spacing w:after="100"/>
        <w:rPr>
          <w:lang w:eastAsia="ja-JP"/>
        </w:rPr>
      </w:pPr>
      <w:r>
        <w:rPr>
          <w:b/>
          <w:sz w:val="22"/>
          <w:lang w:eastAsia="ja-JP"/>
        </w:rPr>
        <w:t>Ⅲ　衛生委員会の労働者側委員の推薦</w:t>
      </w:r>
    </w:p>
    <w:p w14:paraId="3ADC1417" w14:textId="77777777" w:rsidR="00E81ED8" w:rsidRDefault="00000000">
      <w:pPr>
        <w:spacing w:after="120" w:line="324" w:lineRule="auto"/>
        <w:rPr>
          <w:lang w:eastAsia="ja-JP"/>
        </w:rPr>
      </w:pPr>
      <w:r>
        <w:rPr>
          <w:sz w:val="20"/>
          <w:lang w:eastAsia="ja-JP"/>
        </w:rPr>
        <w:t xml:space="preserve">　私は、上記のとおり選出された労働者の過半数を代表する者として、下記の者を衛生委員会の労働者側委員として推薦いたします。（労働者側委員が複数名の場合も、本書1枚に連記して一括して推薦することができます。委員ごとに1枚を作成する必要はありません。）</w:t>
      </w:r>
    </w:p>
    <w:tbl>
      <w:tblPr>
        <w:tblStyle w:val="afe"/>
        <w:tblW w:w="0" w:type="auto"/>
        <w:jc w:val="center"/>
        <w:tblLook w:val="04A0" w:firstRow="1" w:lastRow="0" w:firstColumn="1" w:lastColumn="0" w:noHBand="0" w:noVBand="1"/>
      </w:tblPr>
      <w:tblGrid>
        <w:gridCol w:w="4535"/>
        <w:gridCol w:w="4819"/>
      </w:tblGrid>
      <w:tr w:rsidR="00E81ED8" w14:paraId="7DC45942" w14:textId="77777777">
        <w:trPr>
          <w:jc w:val="center"/>
        </w:trPr>
        <w:tc>
          <w:tcPr>
            <w:tcW w:w="4535" w:type="dxa"/>
          </w:tcPr>
          <w:p w14:paraId="27FB797E" w14:textId="77777777" w:rsidR="00E81ED8" w:rsidRDefault="00000000">
            <w:pPr>
              <w:spacing w:after="40"/>
              <w:jc w:val="center"/>
            </w:pPr>
            <w:proofErr w:type="spellStart"/>
            <w:r>
              <w:rPr>
                <w:b/>
                <w:sz w:val="20"/>
              </w:rPr>
              <w:t>氏名</w:t>
            </w:r>
            <w:proofErr w:type="spellEnd"/>
          </w:p>
        </w:tc>
        <w:tc>
          <w:tcPr>
            <w:tcW w:w="4819" w:type="dxa"/>
          </w:tcPr>
          <w:p w14:paraId="7570A705" w14:textId="77777777" w:rsidR="00E81ED8" w:rsidRDefault="00000000">
            <w:pPr>
              <w:spacing w:after="40"/>
              <w:jc w:val="center"/>
            </w:pPr>
            <w:r>
              <w:rPr>
                <w:b/>
                <w:sz w:val="20"/>
              </w:rPr>
              <w:t>所属・役職</w:t>
            </w:r>
          </w:p>
        </w:tc>
      </w:tr>
      <w:tr w:rsidR="00E81ED8" w14:paraId="221ADA97" w14:textId="77777777">
        <w:trPr>
          <w:trHeight w:val="454"/>
          <w:jc w:val="center"/>
        </w:trPr>
        <w:tc>
          <w:tcPr>
            <w:tcW w:w="4535" w:type="dxa"/>
          </w:tcPr>
          <w:p w14:paraId="70A12F23" w14:textId="77777777" w:rsidR="00E81ED8" w:rsidRDefault="00E81ED8">
            <w:pPr>
              <w:spacing w:after="40"/>
            </w:pPr>
          </w:p>
        </w:tc>
        <w:tc>
          <w:tcPr>
            <w:tcW w:w="4819" w:type="dxa"/>
          </w:tcPr>
          <w:p w14:paraId="729A3CC9" w14:textId="77777777" w:rsidR="00E81ED8" w:rsidRDefault="00E81ED8">
            <w:pPr>
              <w:spacing w:after="40"/>
            </w:pPr>
          </w:p>
        </w:tc>
      </w:tr>
      <w:tr w:rsidR="00E81ED8" w14:paraId="268C3898" w14:textId="77777777">
        <w:trPr>
          <w:trHeight w:val="454"/>
          <w:jc w:val="center"/>
        </w:trPr>
        <w:tc>
          <w:tcPr>
            <w:tcW w:w="4535" w:type="dxa"/>
          </w:tcPr>
          <w:p w14:paraId="7B409829" w14:textId="77777777" w:rsidR="00E81ED8" w:rsidRDefault="00E81ED8">
            <w:pPr>
              <w:spacing w:after="40"/>
            </w:pPr>
          </w:p>
        </w:tc>
        <w:tc>
          <w:tcPr>
            <w:tcW w:w="4819" w:type="dxa"/>
          </w:tcPr>
          <w:p w14:paraId="781A5DC5" w14:textId="77777777" w:rsidR="00E81ED8" w:rsidRDefault="00E81ED8">
            <w:pPr>
              <w:spacing w:after="40"/>
            </w:pPr>
          </w:p>
        </w:tc>
      </w:tr>
      <w:tr w:rsidR="00E81ED8" w14:paraId="7ADD5B51" w14:textId="77777777">
        <w:trPr>
          <w:trHeight w:val="454"/>
          <w:jc w:val="center"/>
        </w:trPr>
        <w:tc>
          <w:tcPr>
            <w:tcW w:w="4535" w:type="dxa"/>
          </w:tcPr>
          <w:p w14:paraId="6C63D397" w14:textId="77777777" w:rsidR="00E81ED8" w:rsidRDefault="00E81ED8">
            <w:pPr>
              <w:spacing w:after="40"/>
            </w:pPr>
          </w:p>
        </w:tc>
        <w:tc>
          <w:tcPr>
            <w:tcW w:w="4819" w:type="dxa"/>
          </w:tcPr>
          <w:p w14:paraId="4CB946C9" w14:textId="77777777" w:rsidR="00E81ED8" w:rsidRDefault="00E81ED8">
            <w:pPr>
              <w:spacing w:after="40"/>
            </w:pPr>
          </w:p>
        </w:tc>
      </w:tr>
    </w:tbl>
    <w:p w14:paraId="19052B83" w14:textId="77777777" w:rsidR="00E81ED8" w:rsidRDefault="00E81ED8">
      <w:pPr>
        <w:spacing w:after="60"/>
      </w:pPr>
    </w:p>
    <w:p w14:paraId="36DCAB6B" w14:textId="77777777" w:rsidR="00860DE1" w:rsidRDefault="00860DE1" w:rsidP="00860DE1">
      <w:pPr>
        <w:pStyle w:val="aff"/>
      </w:pPr>
      <w:r>
        <w:lastRenderedPageBreak/>
        <w:t>以上</w:t>
      </w:r>
    </w:p>
    <w:p w14:paraId="4AA8F9C4" w14:textId="77777777" w:rsidR="00860DE1" w:rsidRDefault="00860DE1" w:rsidP="00860DE1">
      <w:pPr>
        <w:pBdr>
          <w:bottom w:val="single" w:sz="6" w:space="1" w:color="auto"/>
        </w:pBdr>
        <w:spacing w:after="120"/>
        <w:jc w:val="right"/>
        <w:rPr>
          <w:lang w:eastAsia="ja-JP"/>
        </w:rPr>
      </w:pPr>
    </w:p>
    <w:p w14:paraId="4F82C27F" w14:textId="77777777" w:rsidR="00860DE1" w:rsidRDefault="00860DE1" w:rsidP="00860DE1">
      <w:pPr>
        <w:spacing w:after="120"/>
        <w:jc w:val="right"/>
        <w:rPr>
          <w:lang w:eastAsia="ja-JP"/>
        </w:rPr>
      </w:pPr>
    </w:p>
    <w:p w14:paraId="5047DEAC" w14:textId="77777777" w:rsidR="00E81ED8" w:rsidRPr="00860DE1" w:rsidRDefault="00000000">
      <w:pPr>
        <w:spacing w:after="60" w:line="288" w:lineRule="auto"/>
        <w:rPr>
          <w:sz w:val="24"/>
          <w:szCs w:val="28"/>
          <w:lang w:eastAsia="ja-JP"/>
        </w:rPr>
      </w:pPr>
      <w:r w:rsidRPr="00860DE1">
        <w:rPr>
          <w:sz w:val="20"/>
          <w:szCs w:val="28"/>
          <w:lang w:eastAsia="ja-JP"/>
        </w:rPr>
        <w:t>※　推薦に基づき指名すべき委員の人数は、議長以外の委員の半数です。衛生管理者および産業医も議長以外の委員に含まれるため、半数を算定する際の母数にはこれらの委員も含めます。</w:t>
      </w:r>
    </w:p>
    <w:p w14:paraId="70363D7B" w14:textId="77777777" w:rsidR="00E81ED8" w:rsidRPr="00860DE1" w:rsidRDefault="00000000">
      <w:pPr>
        <w:spacing w:after="40" w:line="288" w:lineRule="auto"/>
        <w:rPr>
          <w:sz w:val="24"/>
          <w:szCs w:val="28"/>
          <w:lang w:eastAsia="ja-JP"/>
        </w:rPr>
      </w:pPr>
      <w:r w:rsidRPr="00860DE1">
        <w:rPr>
          <w:sz w:val="20"/>
          <w:szCs w:val="28"/>
          <w:lang w:eastAsia="ja-JP"/>
        </w:rPr>
        <w:t>※　労働安全衛生法第18条第4項において準用する同法第17条第4項、および労働基準法施行規則第6条の2の趣旨に沿った書式です。本書は事業場内で保管するものであり、労働基準監督署等への届出は不要です。</w:t>
      </w:r>
    </w:p>
    <w:p w14:paraId="6BE17F15" w14:textId="77777777" w:rsidR="00E81ED8" w:rsidRPr="00860DE1" w:rsidRDefault="00000000">
      <w:pPr>
        <w:spacing w:before="100" w:after="0"/>
        <w:rPr>
          <w:sz w:val="24"/>
          <w:szCs w:val="28"/>
          <w:lang w:eastAsia="ja-JP"/>
        </w:rPr>
      </w:pPr>
      <w:r w:rsidRPr="00860DE1">
        <w:rPr>
          <w:sz w:val="20"/>
          <w:szCs w:val="28"/>
          <w:lang w:eastAsia="ja-JP"/>
        </w:rPr>
        <w:t>※　本ひな形はサクセス株式会社産業医事務所が産業医業務の付随として顧問先の便宜のために無償で提供するものであり、書類作成の代行および個別の記入指導を行うものではありません。内容および運用の適否は、貴社の労務管理体制および貴社が委嘱する社会保険労務士等にもご確認のうえご使用ください。</w:t>
      </w:r>
    </w:p>
    <w:sectPr w:rsidR="00E81ED8" w:rsidRPr="00860DE1" w:rsidSect="00034616">
      <w:pgSz w:w="11906" w:h="16838"/>
      <w:pgMar w:top="850" w:right="1134" w:bottom="73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明朝">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20798451">
    <w:abstractNumId w:val="8"/>
  </w:num>
  <w:num w:numId="2" w16cid:durableId="551036201">
    <w:abstractNumId w:val="6"/>
  </w:num>
  <w:num w:numId="3" w16cid:durableId="1438402849">
    <w:abstractNumId w:val="5"/>
  </w:num>
  <w:num w:numId="4" w16cid:durableId="1446801666">
    <w:abstractNumId w:val="4"/>
  </w:num>
  <w:num w:numId="5" w16cid:durableId="1618683300">
    <w:abstractNumId w:val="7"/>
  </w:num>
  <w:num w:numId="6" w16cid:durableId="1850752482">
    <w:abstractNumId w:val="3"/>
  </w:num>
  <w:num w:numId="7" w16cid:durableId="837648140">
    <w:abstractNumId w:val="2"/>
  </w:num>
  <w:num w:numId="8" w16cid:durableId="524560752">
    <w:abstractNumId w:val="1"/>
  </w:num>
  <w:num w:numId="9" w16cid:durableId="211964313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A477B"/>
    <w:rsid w:val="00326F90"/>
    <w:rsid w:val="00860DE1"/>
    <w:rsid w:val="00AA1D8D"/>
    <w:rsid w:val="00B47730"/>
    <w:rsid w:val="00CB0664"/>
    <w:rsid w:val="00E81ED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09CD96C7"/>
  <w14:defaultImageDpi w14:val="300"/>
  <w15:docId w15:val="{05A84FE2-6B4A-7A46-B892-AB10690A5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860DE1"/>
    <w:rPr>
      <w:rFonts w:ascii="ＭＳ 明朝" w:eastAsia="ＭＳ 明朝" w:hAnsi="ＭＳ 明朝" w:cs="ＭＳ 明朝"/>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
    <w:name w:val="Closing"/>
    <w:basedOn w:val="a1"/>
    <w:link w:val="aff0"/>
    <w:uiPriority w:val="99"/>
    <w:unhideWhenUsed/>
    <w:rsid w:val="00860DE1"/>
    <w:pPr>
      <w:jc w:val="right"/>
    </w:pPr>
    <w:rPr>
      <w:lang w:eastAsia="ja-JP"/>
    </w:rPr>
  </w:style>
  <w:style w:type="character" w:customStyle="1" w:styleId="aff0">
    <w:name w:val="結語 (文字)"/>
    <w:basedOn w:val="a2"/>
    <w:link w:val="aff"/>
    <w:uiPriority w:val="99"/>
    <w:rsid w:val="00860DE1"/>
    <w:rPr>
      <w:rFonts w:ascii="ＭＳ 明朝" w:eastAsia="ＭＳ 明朝" w:hAnsi="ＭＳ 明朝" w:cs="ＭＳ 明朝"/>
      <w:sz w:val="21"/>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256</Words>
  <Characters>1461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一 中村</cp:lastModifiedBy>
  <cp:revision>2</cp:revision>
  <dcterms:created xsi:type="dcterms:W3CDTF">2013-12-23T23:15:00Z</dcterms:created>
  <dcterms:modified xsi:type="dcterms:W3CDTF">2026-08-18T15:31:00Z</dcterms:modified>
  <cp:category/>
</cp:coreProperties>
</file>